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4D51E0" w14:textId="77777777" w:rsidR="001042D6" w:rsidRDefault="001042D6">
      <w:pPr>
        <w:spacing w:before="700"/>
        <w:jc w:val="center"/>
        <w:rPr>
          <w:b/>
          <w:color w:val="1F4E79"/>
          <w:sz w:val="56"/>
          <w:lang w:val="es-ES"/>
        </w:rPr>
      </w:pPr>
    </w:p>
    <w:p w14:paraId="5F75263A" w14:textId="77777777" w:rsidR="001042D6" w:rsidRDefault="001042D6">
      <w:pPr>
        <w:spacing w:before="700"/>
        <w:jc w:val="center"/>
        <w:rPr>
          <w:b/>
          <w:color w:val="1F4E79"/>
          <w:sz w:val="56"/>
          <w:lang w:val="es-ES"/>
        </w:rPr>
      </w:pPr>
    </w:p>
    <w:p w14:paraId="0BB3EF2D" w14:textId="77777777" w:rsidR="001042D6" w:rsidRDefault="001042D6">
      <w:pPr>
        <w:spacing w:before="700"/>
        <w:jc w:val="center"/>
        <w:rPr>
          <w:b/>
          <w:color w:val="1F4E79"/>
          <w:sz w:val="56"/>
          <w:lang w:val="es-ES"/>
        </w:rPr>
      </w:pPr>
    </w:p>
    <w:p w14:paraId="60740435" w14:textId="16C0ADBD" w:rsidR="00176842" w:rsidRPr="00991687" w:rsidRDefault="001042D6">
      <w:pPr>
        <w:spacing w:before="700"/>
        <w:jc w:val="center"/>
        <w:rPr>
          <w:lang w:val="es-ES"/>
        </w:rPr>
      </w:pPr>
      <w:r>
        <w:rPr>
          <w:b/>
          <w:color w:val="1F4E79"/>
          <w:sz w:val="56"/>
          <w:lang w:val="es-ES"/>
        </w:rPr>
        <w:t xml:space="preserve">UD2: </w:t>
      </w:r>
      <w:r w:rsidRPr="00991687">
        <w:rPr>
          <w:b/>
          <w:color w:val="1F4E79"/>
          <w:sz w:val="56"/>
          <w:lang w:val="es-ES"/>
        </w:rPr>
        <w:t>ALMACENAMIENTO DE DATOS</w:t>
      </w:r>
    </w:p>
    <w:p w14:paraId="5DD25160" w14:textId="77777777" w:rsidR="00176842" w:rsidRPr="00991687" w:rsidRDefault="000030E4">
      <w:pPr>
        <w:jc w:val="center"/>
        <w:rPr>
          <w:lang w:val="es-ES"/>
        </w:rPr>
      </w:pPr>
      <w:r w:rsidRPr="00991687">
        <w:rPr>
          <w:b/>
          <w:color w:val="2F75B5"/>
          <w:sz w:val="40"/>
          <w:lang w:val="es-ES"/>
        </w:rPr>
        <w:t>Sistemas de ficheros y RAID</w:t>
      </w:r>
    </w:p>
    <w:p w14:paraId="6888ADD5" w14:textId="77777777" w:rsidR="00176842" w:rsidRPr="00991687" w:rsidRDefault="000030E4">
      <w:pPr>
        <w:jc w:val="center"/>
        <w:rPr>
          <w:lang w:val="es-ES"/>
        </w:rPr>
      </w:pPr>
      <w:r w:rsidRPr="00991687">
        <w:rPr>
          <w:i/>
          <w:color w:val="5A5A5A"/>
          <w:sz w:val="24"/>
          <w:lang w:val="es-ES"/>
        </w:rPr>
        <w:t>Del disco local al almacenamiento distribuido</w:t>
      </w:r>
    </w:p>
    <w:p w14:paraId="3961B459" w14:textId="77777777" w:rsidR="001042D6" w:rsidRDefault="001042D6">
      <w:pPr>
        <w:rPr>
          <w:lang w:val="es-ES"/>
        </w:rPr>
      </w:pPr>
    </w:p>
    <w:p w14:paraId="5E81BC0A" w14:textId="7705ECFE" w:rsidR="00521EEA" w:rsidRPr="00991687" w:rsidRDefault="000030E4">
      <w:pPr>
        <w:rPr>
          <w:lang w:val="es-ES"/>
        </w:rPr>
      </w:pPr>
      <w:r w:rsidRPr="00991687">
        <w:rPr>
          <w:lang w:val="es-ES"/>
        </w:rPr>
        <w:br/>
      </w:r>
    </w:p>
    <w:p w14:paraId="118B5974" w14:textId="77777777" w:rsidR="00521EEA" w:rsidRPr="00991687" w:rsidRDefault="00521EEA">
      <w:pPr>
        <w:spacing w:after="200" w:line="276" w:lineRule="auto"/>
        <w:rPr>
          <w:lang w:val="es-ES"/>
        </w:rPr>
      </w:pPr>
      <w:r w:rsidRPr="00991687">
        <w:rPr>
          <w:lang w:val="es-ES"/>
        </w:rPr>
        <w:br w:type="page"/>
      </w:r>
    </w:p>
    <w:sdt>
      <w:sdtPr>
        <w:rPr>
          <w:rFonts w:ascii="Aptos" w:eastAsiaTheme="minorEastAsia" w:hAnsi="Aptos" w:cstheme="minorBidi"/>
          <w:b w:val="0"/>
          <w:bCs w:val="0"/>
          <w:color w:val="auto"/>
          <w:sz w:val="21"/>
          <w:szCs w:val="22"/>
          <w:lang w:val="es-ES"/>
        </w:rPr>
        <w:id w:val="-1915552102"/>
        <w:docPartObj>
          <w:docPartGallery w:val="Table of Contents"/>
          <w:docPartUnique/>
        </w:docPartObj>
      </w:sdtPr>
      <w:sdtEndPr/>
      <w:sdtContent>
        <w:p w14:paraId="556E3088" w14:textId="77777777" w:rsidR="00276435" w:rsidRDefault="00276435">
          <w:pPr>
            <w:pStyle w:val="TtuloTDC"/>
            <w:rPr>
              <w:lang w:val="es-ES"/>
            </w:rPr>
          </w:pPr>
        </w:p>
        <w:p w14:paraId="29F37795" w14:textId="18AA398A" w:rsidR="00521EEA" w:rsidRPr="00991687" w:rsidRDefault="00521EEA">
          <w:pPr>
            <w:pStyle w:val="TtuloTDC"/>
            <w:rPr>
              <w:lang w:val="es-ES"/>
            </w:rPr>
          </w:pPr>
          <w:r w:rsidRPr="00991687">
            <w:rPr>
              <w:lang w:val="es-ES"/>
            </w:rPr>
            <w:t>Contenido</w:t>
          </w:r>
        </w:p>
        <w:p w14:paraId="3F7D2D45" w14:textId="25849788" w:rsidR="00521EEA" w:rsidRPr="00991687" w:rsidRDefault="00521EEA">
          <w:pPr>
            <w:pStyle w:val="TDC1"/>
            <w:tabs>
              <w:tab w:val="right" w:leader="dot" w:pos="992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ES" w:eastAsia="es-ES"/>
              <w14:ligatures w14:val="standardContextual"/>
            </w:rPr>
          </w:pPr>
          <w:r w:rsidRPr="00991687">
            <w:rPr>
              <w:lang w:val="es-ES"/>
            </w:rPr>
            <w:fldChar w:fldCharType="begin"/>
          </w:r>
          <w:r w:rsidRPr="00991687">
            <w:rPr>
              <w:lang w:val="es-ES"/>
            </w:rPr>
            <w:instrText xml:space="preserve"> TOC \o "1-3" \h \z \u </w:instrText>
          </w:r>
          <w:r w:rsidRPr="00991687">
            <w:rPr>
              <w:lang w:val="es-ES"/>
            </w:rPr>
            <w:fldChar w:fldCharType="separate"/>
          </w:r>
          <w:hyperlink w:anchor="_Toc240535341" w:history="1">
            <w:r w:rsidRPr="00991687">
              <w:rPr>
                <w:rStyle w:val="Hipervnculo"/>
                <w:noProof/>
                <w:lang w:val="es-ES"/>
              </w:rPr>
              <w:t>1. ¿Qué es un sistema de ficheros?</w:t>
            </w:r>
            <w:r w:rsidRPr="00991687">
              <w:rPr>
                <w:noProof/>
                <w:webHidden/>
                <w:lang w:val="es-ES"/>
              </w:rPr>
              <w:tab/>
            </w:r>
            <w:r w:rsidRPr="00991687">
              <w:rPr>
                <w:noProof/>
                <w:webHidden/>
                <w:lang w:val="es-ES"/>
              </w:rPr>
              <w:fldChar w:fldCharType="begin"/>
            </w:r>
            <w:r w:rsidRPr="00991687">
              <w:rPr>
                <w:noProof/>
                <w:webHidden/>
                <w:lang w:val="es-ES"/>
              </w:rPr>
              <w:instrText xml:space="preserve"> PAGEREF _Toc240535341 \h </w:instrText>
            </w:r>
            <w:r w:rsidRPr="00991687">
              <w:rPr>
                <w:noProof/>
                <w:webHidden/>
                <w:lang w:val="es-ES"/>
              </w:rPr>
            </w:r>
            <w:r w:rsidRPr="00991687">
              <w:rPr>
                <w:noProof/>
                <w:webHidden/>
                <w:lang w:val="es-ES"/>
              </w:rPr>
              <w:fldChar w:fldCharType="separate"/>
            </w:r>
            <w:r w:rsidR="00276435">
              <w:rPr>
                <w:noProof/>
                <w:webHidden/>
                <w:lang w:val="es-ES"/>
              </w:rPr>
              <w:t>4</w:t>
            </w:r>
            <w:r w:rsidRPr="00991687">
              <w:rPr>
                <w:noProof/>
                <w:webHidden/>
                <w:lang w:val="es-ES"/>
              </w:rPr>
              <w:fldChar w:fldCharType="end"/>
            </w:r>
          </w:hyperlink>
        </w:p>
        <w:p w14:paraId="403E95D2" w14:textId="61337D99" w:rsidR="00521EEA" w:rsidRPr="00991687" w:rsidRDefault="000030E4">
          <w:pPr>
            <w:pStyle w:val="TDC2"/>
            <w:tabs>
              <w:tab w:val="right" w:leader="dot" w:pos="992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240535342" w:history="1">
            <w:r w:rsidR="00521EEA" w:rsidRPr="00991687">
              <w:rPr>
                <w:rStyle w:val="Hipervnculo"/>
                <w:noProof/>
                <w:lang w:val="es-ES"/>
              </w:rPr>
              <w:t>1.1. La analogía del almacén</w:t>
            </w:r>
            <w:r w:rsidR="00521EEA" w:rsidRPr="00991687">
              <w:rPr>
                <w:noProof/>
                <w:webHidden/>
                <w:lang w:val="es-ES"/>
              </w:rPr>
              <w:tab/>
            </w:r>
            <w:r w:rsidR="00521EEA" w:rsidRPr="00991687">
              <w:rPr>
                <w:noProof/>
                <w:webHidden/>
                <w:lang w:val="es-ES"/>
              </w:rPr>
              <w:fldChar w:fldCharType="begin"/>
            </w:r>
            <w:r w:rsidR="00521EEA" w:rsidRPr="00991687">
              <w:rPr>
                <w:noProof/>
                <w:webHidden/>
                <w:lang w:val="es-ES"/>
              </w:rPr>
              <w:instrText xml:space="preserve"> PAGEREF _Toc240535342 \h </w:instrText>
            </w:r>
            <w:r w:rsidR="00521EEA" w:rsidRPr="00991687">
              <w:rPr>
                <w:noProof/>
                <w:webHidden/>
                <w:lang w:val="es-ES"/>
              </w:rPr>
            </w:r>
            <w:r w:rsidR="00521EEA" w:rsidRPr="00991687">
              <w:rPr>
                <w:noProof/>
                <w:webHidden/>
                <w:lang w:val="es-ES"/>
              </w:rPr>
              <w:fldChar w:fldCharType="separate"/>
            </w:r>
            <w:r w:rsidR="00276435">
              <w:rPr>
                <w:noProof/>
                <w:webHidden/>
                <w:lang w:val="es-ES"/>
              </w:rPr>
              <w:t>4</w:t>
            </w:r>
            <w:r w:rsidR="00521EEA" w:rsidRPr="00991687">
              <w:rPr>
                <w:noProof/>
                <w:webHidden/>
                <w:lang w:val="es-ES"/>
              </w:rPr>
              <w:fldChar w:fldCharType="end"/>
            </w:r>
          </w:hyperlink>
        </w:p>
        <w:p w14:paraId="3C066664" w14:textId="62560320" w:rsidR="00521EEA" w:rsidRPr="00991687" w:rsidRDefault="000030E4">
          <w:pPr>
            <w:pStyle w:val="TDC2"/>
            <w:tabs>
              <w:tab w:val="right" w:leader="dot" w:pos="992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240535343" w:history="1">
            <w:r w:rsidR="00521EEA" w:rsidRPr="00991687">
              <w:rPr>
                <w:rStyle w:val="Hipervnculo"/>
                <w:noProof/>
                <w:lang w:val="es-ES"/>
              </w:rPr>
              <w:t>1.2. Funciones principales</w:t>
            </w:r>
            <w:r w:rsidR="00521EEA" w:rsidRPr="00991687">
              <w:rPr>
                <w:noProof/>
                <w:webHidden/>
                <w:lang w:val="es-ES"/>
              </w:rPr>
              <w:tab/>
            </w:r>
            <w:r w:rsidR="00521EEA" w:rsidRPr="00991687">
              <w:rPr>
                <w:noProof/>
                <w:webHidden/>
                <w:lang w:val="es-ES"/>
              </w:rPr>
              <w:fldChar w:fldCharType="begin"/>
            </w:r>
            <w:r w:rsidR="00521EEA" w:rsidRPr="00991687">
              <w:rPr>
                <w:noProof/>
                <w:webHidden/>
                <w:lang w:val="es-ES"/>
              </w:rPr>
              <w:instrText xml:space="preserve"> PAGEREF _Toc240535343 \h </w:instrText>
            </w:r>
            <w:r w:rsidR="00521EEA" w:rsidRPr="00991687">
              <w:rPr>
                <w:noProof/>
                <w:webHidden/>
                <w:lang w:val="es-ES"/>
              </w:rPr>
            </w:r>
            <w:r w:rsidR="00521EEA" w:rsidRPr="00991687">
              <w:rPr>
                <w:noProof/>
                <w:webHidden/>
                <w:lang w:val="es-ES"/>
              </w:rPr>
              <w:fldChar w:fldCharType="separate"/>
            </w:r>
            <w:r w:rsidR="00276435">
              <w:rPr>
                <w:noProof/>
                <w:webHidden/>
                <w:lang w:val="es-ES"/>
              </w:rPr>
              <w:t>4</w:t>
            </w:r>
            <w:r w:rsidR="00521EEA" w:rsidRPr="00991687">
              <w:rPr>
                <w:noProof/>
                <w:webHidden/>
                <w:lang w:val="es-ES"/>
              </w:rPr>
              <w:fldChar w:fldCharType="end"/>
            </w:r>
          </w:hyperlink>
        </w:p>
        <w:p w14:paraId="5C92E0A5" w14:textId="018B757E" w:rsidR="00521EEA" w:rsidRPr="00991687" w:rsidRDefault="000030E4">
          <w:pPr>
            <w:pStyle w:val="TDC1"/>
            <w:tabs>
              <w:tab w:val="right" w:leader="dot" w:pos="992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240535344" w:history="1">
            <w:r w:rsidR="00521EEA" w:rsidRPr="00991687">
              <w:rPr>
                <w:rStyle w:val="Hipervnculo"/>
                <w:noProof/>
                <w:lang w:val="es-ES"/>
              </w:rPr>
              <w:t>2. Archivos, bloques y metadatos</w:t>
            </w:r>
            <w:r w:rsidR="00521EEA" w:rsidRPr="00991687">
              <w:rPr>
                <w:noProof/>
                <w:webHidden/>
                <w:lang w:val="es-ES"/>
              </w:rPr>
              <w:tab/>
            </w:r>
            <w:r w:rsidR="00521EEA" w:rsidRPr="00991687">
              <w:rPr>
                <w:noProof/>
                <w:webHidden/>
                <w:lang w:val="es-ES"/>
              </w:rPr>
              <w:fldChar w:fldCharType="begin"/>
            </w:r>
            <w:r w:rsidR="00521EEA" w:rsidRPr="00991687">
              <w:rPr>
                <w:noProof/>
                <w:webHidden/>
                <w:lang w:val="es-ES"/>
              </w:rPr>
              <w:instrText xml:space="preserve"> PAGEREF _Toc240535344 \h </w:instrText>
            </w:r>
            <w:r w:rsidR="00521EEA" w:rsidRPr="00991687">
              <w:rPr>
                <w:noProof/>
                <w:webHidden/>
                <w:lang w:val="es-ES"/>
              </w:rPr>
            </w:r>
            <w:r w:rsidR="00521EEA" w:rsidRPr="00991687">
              <w:rPr>
                <w:noProof/>
                <w:webHidden/>
                <w:lang w:val="es-ES"/>
              </w:rPr>
              <w:fldChar w:fldCharType="separate"/>
            </w:r>
            <w:r w:rsidR="00276435">
              <w:rPr>
                <w:noProof/>
                <w:webHidden/>
                <w:lang w:val="es-ES"/>
              </w:rPr>
              <w:t>4</w:t>
            </w:r>
            <w:r w:rsidR="00521EEA" w:rsidRPr="00991687">
              <w:rPr>
                <w:noProof/>
                <w:webHidden/>
                <w:lang w:val="es-ES"/>
              </w:rPr>
              <w:fldChar w:fldCharType="end"/>
            </w:r>
          </w:hyperlink>
        </w:p>
        <w:p w14:paraId="09C0FD60" w14:textId="1D569DDF" w:rsidR="00521EEA" w:rsidRPr="00991687" w:rsidRDefault="000030E4">
          <w:pPr>
            <w:pStyle w:val="TDC2"/>
            <w:tabs>
              <w:tab w:val="right" w:leader="dot" w:pos="992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240535345" w:history="1">
            <w:r w:rsidR="00521EEA" w:rsidRPr="00991687">
              <w:rPr>
                <w:rStyle w:val="Hipervnculo"/>
                <w:noProof/>
                <w:lang w:val="es-ES"/>
              </w:rPr>
              <w:t>2.1. ¿Qué es un bloque?</w:t>
            </w:r>
            <w:r w:rsidR="00521EEA" w:rsidRPr="00991687">
              <w:rPr>
                <w:noProof/>
                <w:webHidden/>
                <w:lang w:val="es-ES"/>
              </w:rPr>
              <w:tab/>
            </w:r>
            <w:r w:rsidR="00521EEA" w:rsidRPr="00991687">
              <w:rPr>
                <w:noProof/>
                <w:webHidden/>
                <w:lang w:val="es-ES"/>
              </w:rPr>
              <w:fldChar w:fldCharType="begin"/>
            </w:r>
            <w:r w:rsidR="00521EEA" w:rsidRPr="00991687">
              <w:rPr>
                <w:noProof/>
                <w:webHidden/>
                <w:lang w:val="es-ES"/>
              </w:rPr>
              <w:instrText xml:space="preserve"> PAGEREF _Toc240535345 \h </w:instrText>
            </w:r>
            <w:r w:rsidR="00521EEA" w:rsidRPr="00991687">
              <w:rPr>
                <w:noProof/>
                <w:webHidden/>
                <w:lang w:val="es-ES"/>
              </w:rPr>
            </w:r>
            <w:r w:rsidR="00521EEA" w:rsidRPr="00991687">
              <w:rPr>
                <w:noProof/>
                <w:webHidden/>
                <w:lang w:val="es-ES"/>
              </w:rPr>
              <w:fldChar w:fldCharType="separate"/>
            </w:r>
            <w:r w:rsidR="00276435">
              <w:rPr>
                <w:noProof/>
                <w:webHidden/>
                <w:lang w:val="es-ES"/>
              </w:rPr>
              <w:t>4</w:t>
            </w:r>
            <w:r w:rsidR="00521EEA" w:rsidRPr="00991687">
              <w:rPr>
                <w:noProof/>
                <w:webHidden/>
                <w:lang w:val="es-ES"/>
              </w:rPr>
              <w:fldChar w:fldCharType="end"/>
            </w:r>
          </w:hyperlink>
        </w:p>
        <w:p w14:paraId="4BC500C6" w14:textId="75A86541" w:rsidR="00521EEA" w:rsidRPr="00991687" w:rsidRDefault="000030E4">
          <w:pPr>
            <w:pStyle w:val="TDC2"/>
            <w:tabs>
              <w:tab w:val="right" w:leader="dot" w:pos="992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240535346" w:history="1">
            <w:r w:rsidR="00521EEA" w:rsidRPr="00991687">
              <w:rPr>
                <w:rStyle w:val="Hipervnculo"/>
                <w:noProof/>
                <w:lang w:val="es-ES"/>
              </w:rPr>
              <w:t>2.2. Metadatos</w:t>
            </w:r>
            <w:r w:rsidR="00521EEA" w:rsidRPr="00991687">
              <w:rPr>
                <w:noProof/>
                <w:webHidden/>
                <w:lang w:val="es-ES"/>
              </w:rPr>
              <w:tab/>
            </w:r>
            <w:r w:rsidR="00521EEA" w:rsidRPr="00991687">
              <w:rPr>
                <w:noProof/>
                <w:webHidden/>
                <w:lang w:val="es-ES"/>
              </w:rPr>
              <w:fldChar w:fldCharType="begin"/>
            </w:r>
            <w:r w:rsidR="00521EEA" w:rsidRPr="00991687">
              <w:rPr>
                <w:noProof/>
                <w:webHidden/>
                <w:lang w:val="es-ES"/>
              </w:rPr>
              <w:instrText xml:space="preserve"> PAGEREF _Toc240535346 \h </w:instrText>
            </w:r>
            <w:r w:rsidR="00521EEA" w:rsidRPr="00991687">
              <w:rPr>
                <w:noProof/>
                <w:webHidden/>
                <w:lang w:val="es-ES"/>
              </w:rPr>
            </w:r>
            <w:r w:rsidR="00521EEA" w:rsidRPr="00991687">
              <w:rPr>
                <w:noProof/>
                <w:webHidden/>
                <w:lang w:val="es-ES"/>
              </w:rPr>
              <w:fldChar w:fldCharType="separate"/>
            </w:r>
            <w:r w:rsidR="00276435">
              <w:rPr>
                <w:noProof/>
                <w:webHidden/>
                <w:lang w:val="es-ES"/>
              </w:rPr>
              <w:t>5</w:t>
            </w:r>
            <w:r w:rsidR="00521EEA" w:rsidRPr="00991687">
              <w:rPr>
                <w:noProof/>
                <w:webHidden/>
                <w:lang w:val="es-ES"/>
              </w:rPr>
              <w:fldChar w:fldCharType="end"/>
            </w:r>
          </w:hyperlink>
        </w:p>
        <w:p w14:paraId="5FBB8EE9" w14:textId="5FF4C8E1" w:rsidR="00521EEA" w:rsidRPr="00991687" w:rsidRDefault="000030E4">
          <w:pPr>
            <w:pStyle w:val="TDC2"/>
            <w:tabs>
              <w:tab w:val="right" w:leader="dot" w:pos="992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240535347" w:history="1">
            <w:r w:rsidR="00521EEA" w:rsidRPr="00991687">
              <w:rPr>
                <w:rStyle w:val="Hipervnculo"/>
                <w:noProof/>
                <w:lang w:val="es-ES"/>
              </w:rPr>
              <w:t>2.3. Rutas y jerarquía de directorios</w:t>
            </w:r>
            <w:r w:rsidR="00521EEA" w:rsidRPr="00991687">
              <w:rPr>
                <w:noProof/>
                <w:webHidden/>
                <w:lang w:val="es-ES"/>
              </w:rPr>
              <w:tab/>
            </w:r>
            <w:r w:rsidR="00521EEA" w:rsidRPr="00991687">
              <w:rPr>
                <w:noProof/>
                <w:webHidden/>
                <w:lang w:val="es-ES"/>
              </w:rPr>
              <w:fldChar w:fldCharType="begin"/>
            </w:r>
            <w:r w:rsidR="00521EEA" w:rsidRPr="00991687">
              <w:rPr>
                <w:noProof/>
                <w:webHidden/>
                <w:lang w:val="es-ES"/>
              </w:rPr>
              <w:instrText xml:space="preserve"> PAGEREF _Toc240535347 \h </w:instrText>
            </w:r>
            <w:r w:rsidR="00521EEA" w:rsidRPr="00991687">
              <w:rPr>
                <w:noProof/>
                <w:webHidden/>
                <w:lang w:val="es-ES"/>
              </w:rPr>
            </w:r>
            <w:r w:rsidR="00521EEA" w:rsidRPr="00991687">
              <w:rPr>
                <w:noProof/>
                <w:webHidden/>
                <w:lang w:val="es-ES"/>
              </w:rPr>
              <w:fldChar w:fldCharType="separate"/>
            </w:r>
            <w:r w:rsidR="00276435">
              <w:rPr>
                <w:noProof/>
                <w:webHidden/>
                <w:lang w:val="es-ES"/>
              </w:rPr>
              <w:t>5</w:t>
            </w:r>
            <w:r w:rsidR="00521EEA" w:rsidRPr="00991687">
              <w:rPr>
                <w:noProof/>
                <w:webHidden/>
                <w:lang w:val="es-ES"/>
              </w:rPr>
              <w:fldChar w:fldCharType="end"/>
            </w:r>
          </w:hyperlink>
        </w:p>
        <w:p w14:paraId="39665876" w14:textId="2AF6D9BE" w:rsidR="00521EEA" w:rsidRPr="00991687" w:rsidRDefault="000030E4">
          <w:pPr>
            <w:pStyle w:val="TDC1"/>
            <w:tabs>
              <w:tab w:val="right" w:leader="dot" w:pos="992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240535348" w:history="1">
            <w:r w:rsidR="00521EEA" w:rsidRPr="00991687">
              <w:rPr>
                <w:rStyle w:val="Hipervnculo"/>
                <w:noProof/>
                <w:lang w:val="es-ES"/>
              </w:rPr>
              <w:t>3. Sistemas de ficheros locales más habituales</w:t>
            </w:r>
            <w:r w:rsidR="00521EEA" w:rsidRPr="00991687">
              <w:rPr>
                <w:noProof/>
                <w:webHidden/>
                <w:lang w:val="es-ES"/>
              </w:rPr>
              <w:tab/>
            </w:r>
            <w:r w:rsidR="00521EEA" w:rsidRPr="00991687">
              <w:rPr>
                <w:noProof/>
                <w:webHidden/>
                <w:lang w:val="es-ES"/>
              </w:rPr>
              <w:fldChar w:fldCharType="begin"/>
            </w:r>
            <w:r w:rsidR="00521EEA" w:rsidRPr="00991687">
              <w:rPr>
                <w:noProof/>
                <w:webHidden/>
                <w:lang w:val="es-ES"/>
              </w:rPr>
              <w:instrText xml:space="preserve"> PAGEREF _Toc240535348 \h </w:instrText>
            </w:r>
            <w:r w:rsidR="00521EEA" w:rsidRPr="00991687">
              <w:rPr>
                <w:noProof/>
                <w:webHidden/>
                <w:lang w:val="es-ES"/>
              </w:rPr>
            </w:r>
            <w:r w:rsidR="00521EEA" w:rsidRPr="00991687">
              <w:rPr>
                <w:noProof/>
                <w:webHidden/>
                <w:lang w:val="es-ES"/>
              </w:rPr>
              <w:fldChar w:fldCharType="separate"/>
            </w:r>
            <w:r w:rsidR="00276435">
              <w:rPr>
                <w:noProof/>
                <w:webHidden/>
                <w:lang w:val="es-ES"/>
              </w:rPr>
              <w:t>5</w:t>
            </w:r>
            <w:r w:rsidR="00521EEA" w:rsidRPr="00991687">
              <w:rPr>
                <w:noProof/>
                <w:webHidden/>
                <w:lang w:val="es-ES"/>
              </w:rPr>
              <w:fldChar w:fldCharType="end"/>
            </w:r>
          </w:hyperlink>
        </w:p>
        <w:p w14:paraId="265C7C36" w14:textId="78E4232D" w:rsidR="00521EEA" w:rsidRPr="00991687" w:rsidRDefault="000030E4">
          <w:pPr>
            <w:pStyle w:val="TDC1"/>
            <w:tabs>
              <w:tab w:val="right" w:leader="dot" w:pos="992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240535349" w:history="1">
            <w:r w:rsidR="00521EEA" w:rsidRPr="00991687">
              <w:rPr>
                <w:rStyle w:val="Hipervnculo"/>
                <w:noProof/>
                <w:lang w:val="es-ES"/>
              </w:rPr>
              <w:t>4. Del sistema local al sistema distribuido</w:t>
            </w:r>
            <w:r w:rsidR="00521EEA" w:rsidRPr="00991687">
              <w:rPr>
                <w:noProof/>
                <w:webHidden/>
                <w:lang w:val="es-ES"/>
              </w:rPr>
              <w:tab/>
            </w:r>
            <w:r w:rsidR="00521EEA" w:rsidRPr="00991687">
              <w:rPr>
                <w:noProof/>
                <w:webHidden/>
                <w:lang w:val="es-ES"/>
              </w:rPr>
              <w:fldChar w:fldCharType="begin"/>
            </w:r>
            <w:r w:rsidR="00521EEA" w:rsidRPr="00991687">
              <w:rPr>
                <w:noProof/>
                <w:webHidden/>
                <w:lang w:val="es-ES"/>
              </w:rPr>
              <w:instrText xml:space="preserve"> PAGEREF _Toc240535349 \h </w:instrText>
            </w:r>
            <w:r w:rsidR="00521EEA" w:rsidRPr="00991687">
              <w:rPr>
                <w:noProof/>
                <w:webHidden/>
                <w:lang w:val="es-ES"/>
              </w:rPr>
            </w:r>
            <w:r w:rsidR="00521EEA" w:rsidRPr="00991687">
              <w:rPr>
                <w:noProof/>
                <w:webHidden/>
                <w:lang w:val="es-ES"/>
              </w:rPr>
              <w:fldChar w:fldCharType="separate"/>
            </w:r>
            <w:r w:rsidR="00276435">
              <w:rPr>
                <w:noProof/>
                <w:webHidden/>
                <w:lang w:val="es-ES"/>
              </w:rPr>
              <w:t>6</w:t>
            </w:r>
            <w:r w:rsidR="00521EEA" w:rsidRPr="00991687">
              <w:rPr>
                <w:noProof/>
                <w:webHidden/>
                <w:lang w:val="es-ES"/>
              </w:rPr>
              <w:fldChar w:fldCharType="end"/>
            </w:r>
          </w:hyperlink>
        </w:p>
        <w:p w14:paraId="4515F92F" w14:textId="52003C01" w:rsidR="00521EEA" w:rsidRPr="00991687" w:rsidRDefault="000030E4">
          <w:pPr>
            <w:pStyle w:val="TDC1"/>
            <w:tabs>
              <w:tab w:val="right" w:leader="dot" w:pos="992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240535350" w:history="1">
            <w:r w:rsidR="00521EEA" w:rsidRPr="00991687">
              <w:rPr>
                <w:rStyle w:val="Hipervnculo"/>
                <w:noProof/>
                <w:lang w:val="es-ES"/>
              </w:rPr>
              <w:t>5. RAID: varios discos trabajando juntos</w:t>
            </w:r>
            <w:r w:rsidR="00521EEA" w:rsidRPr="00991687">
              <w:rPr>
                <w:noProof/>
                <w:webHidden/>
                <w:lang w:val="es-ES"/>
              </w:rPr>
              <w:tab/>
            </w:r>
            <w:r w:rsidR="00521EEA" w:rsidRPr="00991687">
              <w:rPr>
                <w:noProof/>
                <w:webHidden/>
                <w:lang w:val="es-ES"/>
              </w:rPr>
              <w:fldChar w:fldCharType="begin"/>
            </w:r>
            <w:r w:rsidR="00521EEA" w:rsidRPr="00991687">
              <w:rPr>
                <w:noProof/>
                <w:webHidden/>
                <w:lang w:val="es-ES"/>
              </w:rPr>
              <w:instrText xml:space="preserve"> PAGEREF _Toc240535350 \h </w:instrText>
            </w:r>
            <w:r w:rsidR="00521EEA" w:rsidRPr="00991687">
              <w:rPr>
                <w:noProof/>
                <w:webHidden/>
                <w:lang w:val="es-ES"/>
              </w:rPr>
            </w:r>
            <w:r w:rsidR="00521EEA" w:rsidRPr="00991687">
              <w:rPr>
                <w:noProof/>
                <w:webHidden/>
                <w:lang w:val="es-ES"/>
              </w:rPr>
              <w:fldChar w:fldCharType="separate"/>
            </w:r>
            <w:r w:rsidR="00276435">
              <w:rPr>
                <w:noProof/>
                <w:webHidden/>
                <w:lang w:val="es-ES"/>
              </w:rPr>
              <w:t>6</w:t>
            </w:r>
            <w:r w:rsidR="00521EEA" w:rsidRPr="00991687">
              <w:rPr>
                <w:noProof/>
                <w:webHidden/>
                <w:lang w:val="es-ES"/>
              </w:rPr>
              <w:fldChar w:fldCharType="end"/>
            </w:r>
          </w:hyperlink>
        </w:p>
        <w:p w14:paraId="77056A8B" w14:textId="326AB47B" w:rsidR="00521EEA" w:rsidRPr="00991687" w:rsidRDefault="000030E4">
          <w:pPr>
            <w:pStyle w:val="TDC2"/>
            <w:tabs>
              <w:tab w:val="right" w:leader="dot" w:pos="992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240535351" w:history="1">
            <w:r w:rsidR="00521EEA" w:rsidRPr="00991687">
              <w:rPr>
                <w:rStyle w:val="Hipervnculo"/>
                <w:noProof/>
                <w:lang w:val="es-ES"/>
              </w:rPr>
              <w:t>5.1. Tres ideas previas: striping, espejo y paridad</w:t>
            </w:r>
            <w:r w:rsidR="00521EEA" w:rsidRPr="00991687">
              <w:rPr>
                <w:noProof/>
                <w:webHidden/>
                <w:lang w:val="es-ES"/>
              </w:rPr>
              <w:tab/>
            </w:r>
            <w:r w:rsidR="00521EEA" w:rsidRPr="00991687">
              <w:rPr>
                <w:noProof/>
                <w:webHidden/>
                <w:lang w:val="es-ES"/>
              </w:rPr>
              <w:fldChar w:fldCharType="begin"/>
            </w:r>
            <w:r w:rsidR="00521EEA" w:rsidRPr="00991687">
              <w:rPr>
                <w:noProof/>
                <w:webHidden/>
                <w:lang w:val="es-ES"/>
              </w:rPr>
              <w:instrText xml:space="preserve"> PAGEREF _Toc240535351 \h </w:instrText>
            </w:r>
            <w:r w:rsidR="00521EEA" w:rsidRPr="00991687">
              <w:rPr>
                <w:noProof/>
                <w:webHidden/>
                <w:lang w:val="es-ES"/>
              </w:rPr>
            </w:r>
            <w:r w:rsidR="00521EEA" w:rsidRPr="00991687">
              <w:rPr>
                <w:noProof/>
                <w:webHidden/>
                <w:lang w:val="es-ES"/>
              </w:rPr>
              <w:fldChar w:fldCharType="separate"/>
            </w:r>
            <w:r w:rsidR="00276435">
              <w:rPr>
                <w:noProof/>
                <w:webHidden/>
                <w:lang w:val="es-ES"/>
              </w:rPr>
              <w:t>7</w:t>
            </w:r>
            <w:r w:rsidR="00521EEA" w:rsidRPr="00991687">
              <w:rPr>
                <w:noProof/>
                <w:webHidden/>
                <w:lang w:val="es-ES"/>
              </w:rPr>
              <w:fldChar w:fldCharType="end"/>
            </w:r>
          </w:hyperlink>
        </w:p>
        <w:p w14:paraId="25D55AF9" w14:textId="42F6210F" w:rsidR="00521EEA" w:rsidRPr="00991687" w:rsidRDefault="000030E4">
          <w:pPr>
            <w:pStyle w:val="TDC2"/>
            <w:tabs>
              <w:tab w:val="right" w:leader="dot" w:pos="992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240535352" w:history="1">
            <w:r w:rsidR="00521EEA" w:rsidRPr="00991687">
              <w:rPr>
                <w:rStyle w:val="Hipervnculo"/>
                <w:noProof/>
                <w:lang w:val="es-ES"/>
              </w:rPr>
              <w:t>5.2. RAID 0 - striping</w:t>
            </w:r>
            <w:r w:rsidR="00521EEA" w:rsidRPr="00991687">
              <w:rPr>
                <w:noProof/>
                <w:webHidden/>
                <w:lang w:val="es-ES"/>
              </w:rPr>
              <w:tab/>
            </w:r>
            <w:r w:rsidR="00521EEA" w:rsidRPr="00991687">
              <w:rPr>
                <w:noProof/>
                <w:webHidden/>
                <w:lang w:val="es-ES"/>
              </w:rPr>
              <w:fldChar w:fldCharType="begin"/>
            </w:r>
            <w:r w:rsidR="00521EEA" w:rsidRPr="00991687">
              <w:rPr>
                <w:noProof/>
                <w:webHidden/>
                <w:lang w:val="es-ES"/>
              </w:rPr>
              <w:instrText xml:space="preserve"> PAGEREF _Toc240535352 \h </w:instrText>
            </w:r>
            <w:r w:rsidR="00521EEA" w:rsidRPr="00991687">
              <w:rPr>
                <w:noProof/>
                <w:webHidden/>
                <w:lang w:val="es-ES"/>
              </w:rPr>
            </w:r>
            <w:r w:rsidR="00521EEA" w:rsidRPr="00991687">
              <w:rPr>
                <w:noProof/>
                <w:webHidden/>
                <w:lang w:val="es-ES"/>
              </w:rPr>
              <w:fldChar w:fldCharType="separate"/>
            </w:r>
            <w:r w:rsidR="00276435">
              <w:rPr>
                <w:noProof/>
                <w:webHidden/>
                <w:lang w:val="es-ES"/>
              </w:rPr>
              <w:t>7</w:t>
            </w:r>
            <w:r w:rsidR="00521EEA" w:rsidRPr="00991687">
              <w:rPr>
                <w:noProof/>
                <w:webHidden/>
                <w:lang w:val="es-ES"/>
              </w:rPr>
              <w:fldChar w:fldCharType="end"/>
            </w:r>
          </w:hyperlink>
        </w:p>
        <w:p w14:paraId="050FBB55" w14:textId="15686C3F" w:rsidR="00521EEA" w:rsidRPr="00991687" w:rsidRDefault="000030E4">
          <w:pPr>
            <w:pStyle w:val="TDC2"/>
            <w:tabs>
              <w:tab w:val="right" w:leader="dot" w:pos="992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240535353" w:history="1">
            <w:r w:rsidR="00521EEA" w:rsidRPr="00991687">
              <w:rPr>
                <w:rStyle w:val="Hipervnculo"/>
                <w:noProof/>
                <w:lang w:val="es-ES"/>
              </w:rPr>
              <w:t>5.3. RAID 1 - espejo</w:t>
            </w:r>
            <w:r w:rsidR="00521EEA" w:rsidRPr="00991687">
              <w:rPr>
                <w:noProof/>
                <w:webHidden/>
                <w:lang w:val="es-ES"/>
              </w:rPr>
              <w:tab/>
            </w:r>
            <w:r w:rsidR="00521EEA" w:rsidRPr="00991687">
              <w:rPr>
                <w:noProof/>
                <w:webHidden/>
                <w:lang w:val="es-ES"/>
              </w:rPr>
              <w:fldChar w:fldCharType="begin"/>
            </w:r>
            <w:r w:rsidR="00521EEA" w:rsidRPr="00991687">
              <w:rPr>
                <w:noProof/>
                <w:webHidden/>
                <w:lang w:val="es-ES"/>
              </w:rPr>
              <w:instrText xml:space="preserve"> PAGEREF _Toc240535353 \h </w:instrText>
            </w:r>
            <w:r w:rsidR="00521EEA" w:rsidRPr="00991687">
              <w:rPr>
                <w:noProof/>
                <w:webHidden/>
                <w:lang w:val="es-ES"/>
              </w:rPr>
            </w:r>
            <w:r w:rsidR="00521EEA" w:rsidRPr="00991687">
              <w:rPr>
                <w:noProof/>
                <w:webHidden/>
                <w:lang w:val="es-ES"/>
              </w:rPr>
              <w:fldChar w:fldCharType="separate"/>
            </w:r>
            <w:r w:rsidR="00276435">
              <w:rPr>
                <w:noProof/>
                <w:webHidden/>
                <w:lang w:val="es-ES"/>
              </w:rPr>
              <w:t>7</w:t>
            </w:r>
            <w:r w:rsidR="00521EEA" w:rsidRPr="00991687">
              <w:rPr>
                <w:noProof/>
                <w:webHidden/>
                <w:lang w:val="es-ES"/>
              </w:rPr>
              <w:fldChar w:fldCharType="end"/>
            </w:r>
          </w:hyperlink>
        </w:p>
        <w:p w14:paraId="47925A2F" w14:textId="3A5871DE" w:rsidR="00521EEA" w:rsidRPr="00991687" w:rsidRDefault="000030E4">
          <w:pPr>
            <w:pStyle w:val="TDC2"/>
            <w:tabs>
              <w:tab w:val="right" w:leader="dot" w:pos="992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240535354" w:history="1">
            <w:r w:rsidR="00521EEA" w:rsidRPr="00991687">
              <w:rPr>
                <w:rStyle w:val="Hipervnculo"/>
                <w:noProof/>
                <w:lang w:val="es-ES"/>
              </w:rPr>
              <w:t>5.4. RAID 5 - striping con paridad distribuida</w:t>
            </w:r>
            <w:r w:rsidR="00521EEA" w:rsidRPr="00991687">
              <w:rPr>
                <w:noProof/>
                <w:webHidden/>
                <w:lang w:val="es-ES"/>
              </w:rPr>
              <w:tab/>
            </w:r>
            <w:r w:rsidR="00521EEA" w:rsidRPr="00991687">
              <w:rPr>
                <w:noProof/>
                <w:webHidden/>
                <w:lang w:val="es-ES"/>
              </w:rPr>
              <w:fldChar w:fldCharType="begin"/>
            </w:r>
            <w:r w:rsidR="00521EEA" w:rsidRPr="00991687">
              <w:rPr>
                <w:noProof/>
                <w:webHidden/>
                <w:lang w:val="es-ES"/>
              </w:rPr>
              <w:instrText xml:space="preserve"> PAGEREF _Toc240535354 \h </w:instrText>
            </w:r>
            <w:r w:rsidR="00521EEA" w:rsidRPr="00991687">
              <w:rPr>
                <w:noProof/>
                <w:webHidden/>
                <w:lang w:val="es-ES"/>
              </w:rPr>
            </w:r>
            <w:r w:rsidR="00521EEA" w:rsidRPr="00991687">
              <w:rPr>
                <w:noProof/>
                <w:webHidden/>
                <w:lang w:val="es-ES"/>
              </w:rPr>
              <w:fldChar w:fldCharType="separate"/>
            </w:r>
            <w:r w:rsidR="00276435">
              <w:rPr>
                <w:noProof/>
                <w:webHidden/>
                <w:lang w:val="es-ES"/>
              </w:rPr>
              <w:t>8</w:t>
            </w:r>
            <w:r w:rsidR="00521EEA" w:rsidRPr="00991687">
              <w:rPr>
                <w:noProof/>
                <w:webHidden/>
                <w:lang w:val="es-ES"/>
              </w:rPr>
              <w:fldChar w:fldCharType="end"/>
            </w:r>
          </w:hyperlink>
        </w:p>
        <w:p w14:paraId="549AA0A7" w14:textId="3A131009" w:rsidR="00521EEA" w:rsidRPr="00991687" w:rsidRDefault="000030E4">
          <w:pPr>
            <w:pStyle w:val="TDC2"/>
            <w:tabs>
              <w:tab w:val="right" w:leader="dot" w:pos="992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240535355" w:history="1">
            <w:r w:rsidR="00521EEA" w:rsidRPr="00991687">
              <w:rPr>
                <w:rStyle w:val="Hipervnculo"/>
                <w:noProof/>
                <w:lang w:val="es-ES"/>
              </w:rPr>
              <w:t>5.5. RAID 6 - doble paridad</w:t>
            </w:r>
            <w:r w:rsidR="00521EEA" w:rsidRPr="00991687">
              <w:rPr>
                <w:noProof/>
                <w:webHidden/>
                <w:lang w:val="es-ES"/>
              </w:rPr>
              <w:tab/>
            </w:r>
            <w:r w:rsidR="00521EEA" w:rsidRPr="00991687">
              <w:rPr>
                <w:noProof/>
                <w:webHidden/>
                <w:lang w:val="es-ES"/>
              </w:rPr>
              <w:fldChar w:fldCharType="begin"/>
            </w:r>
            <w:r w:rsidR="00521EEA" w:rsidRPr="00991687">
              <w:rPr>
                <w:noProof/>
                <w:webHidden/>
                <w:lang w:val="es-ES"/>
              </w:rPr>
              <w:instrText xml:space="preserve"> PAGEREF _Toc240535355 \h </w:instrText>
            </w:r>
            <w:r w:rsidR="00521EEA" w:rsidRPr="00991687">
              <w:rPr>
                <w:noProof/>
                <w:webHidden/>
                <w:lang w:val="es-ES"/>
              </w:rPr>
            </w:r>
            <w:r w:rsidR="00521EEA" w:rsidRPr="00991687">
              <w:rPr>
                <w:noProof/>
                <w:webHidden/>
                <w:lang w:val="es-ES"/>
              </w:rPr>
              <w:fldChar w:fldCharType="separate"/>
            </w:r>
            <w:r w:rsidR="00276435">
              <w:rPr>
                <w:noProof/>
                <w:webHidden/>
                <w:lang w:val="es-ES"/>
              </w:rPr>
              <w:t>8</w:t>
            </w:r>
            <w:r w:rsidR="00521EEA" w:rsidRPr="00991687">
              <w:rPr>
                <w:noProof/>
                <w:webHidden/>
                <w:lang w:val="es-ES"/>
              </w:rPr>
              <w:fldChar w:fldCharType="end"/>
            </w:r>
          </w:hyperlink>
        </w:p>
        <w:p w14:paraId="4B120FDE" w14:textId="25B8A4AD" w:rsidR="00521EEA" w:rsidRPr="00991687" w:rsidRDefault="000030E4">
          <w:pPr>
            <w:pStyle w:val="TDC2"/>
            <w:tabs>
              <w:tab w:val="right" w:leader="dot" w:pos="992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240535356" w:history="1">
            <w:r w:rsidR="00521EEA" w:rsidRPr="00991687">
              <w:rPr>
                <w:rStyle w:val="Hipervnculo"/>
                <w:noProof/>
                <w:lang w:val="es-ES"/>
              </w:rPr>
              <w:t>5.6. RAID 10 - espejo + striping</w:t>
            </w:r>
            <w:r w:rsidR="00521EEA" w:rsidRPr="00991687">
              <w:rPr>
                <w:noProof/>
                <w:webHidden/>
                <w:lang w:val="es-ES"/>
              </w:rPr>
              <w:tab/>
            </w:r>
            <w:r w:rsidR="00521EEA" w:rsidRPr="00991687">
              <w:rPr>
                <w:noProof/>
                <w:webHidden/>
                <w:lang w:val="es-ES"/>
              </w:rPr>
              <w:fldChar w:fldCharType="begin"/>
            </w:r>
            <w:r w:rsidR="00521EEA" w:rsidRPr="00991687">
              <w:rPr>
                <w:noProof/>
                <w:webHidden/>
                <w:lang w:val="es-ES"/>
              </w:rPr>
              <w:instrText xml:space="preserve"> PAGEREF _Toc240535356 \h </w:instrText>
            </w:r>
            <w:r w:rsidR="00521EEA" w:rsidRPr="00991687">
              <w:rPr>
                <w:noProof/>
                <w:webHidden/>
                <w:lang w:val="es-ES"/>
              </w:rPr>
            </w:r>
            <w:r w:rsidR="00521EEA" w:rsidRPr="00991687">
              <w:rPr>
                <w:noProof/>
                <w:webHidden/>
                <w:lang w:val="es-ES"/>
              </w:rPr>
              <w:fldChar w:fldCharType="separate"/>
            </w:r>
            <w:r w:rsidR="00276435">
              <w:rPr>
                <w:noProof/>
                <w:webHidden/>
                <w:lang w:val="es-ES"/>
              </w:rPr>
              <w:t>9</w:t>
            </w:r>
            <w:r w:rsidR="00521EEA" w:rsidRPr="00991687">
              <w:rPr>
                <w:noProof/>
                <w:webHidden/>
                <w:lang w:val="es-ES"/>
              </w:rPr>
              <w:fldChar w:fldCharType="end"/>
            </w:r>
          </w:hyperlink>
        </w:p>
        <w:p w14:paraId="0EF79264" w14:textId="7FCE5BBC" w:rsidR="00521EEA" w:rsidRPr="00991687" w:rsidRDefault="000030E4">
          <w:pPr>
            <w:pStyle w:val="TDC2"/>
            <w:tabs>
              <w:tab w:val="right" w:leader="dot" w:pos="992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240535357" w:history="1">
            <w:r w:rsidR="00521EEA" w:rsidRPr="00991687">
              <w:rPr>
                <w:rStyle w:val="Hipervnculo"/>
                <w:noProof/>
                <w:lang w:val="es-ES"/>
              </w:rPr>
              <w:t>5.7. Comparativa de los RAID más usados</w:t>
            </w:r>
            <w:r w:rsidR="00521EEA" w:rsidRPr="00991687">
              <w:rPr>
                <w:noProof/>
                <w:webHidden/>
                <w:lang w:val="es-ES"/>
              </w:rPr>
              <w:tab/>
            </w:r>
            <w:r w:rsidR="00521EEA" w:rsidRPr="00991687">
              <w:rPr>
                <w:noProof/>
                <w:webHidden/>
                <w:lang w:val="es-ES"/>
              </w:rPr>
              <w:fldChar w:fldCharType="begin"/>
            </w:r>
            <w:r w:rsidR="00521EEA" w:rsidRPr="00991687">
              <w:rPr>
                <w:noProof/>
                <w:webHidden/>
                <w:lang w:val="es-ES"/>
              </w:rPr>
              <w:instrText xml:space="preserve"> PAGEREF _Toc240535357 \h </w:instrText>
            </w:r>
            <w:r w:rsidR="00521EEA" w:rsidRPr="00991687">
              <w:rPr>
                <w:noProof/>
                <w:webHidden/>
                <w:lang w:val="es-ES"/>
              </w:rPr>
            </w:r>
            <w:r w:rsidR="00521EEA" w:rsidRPr="00991687">
              <w:rPr>
                <w:noProof/>
                <w:webHidden/>
                <w:lang w:val="es-ES"/>
              </w:rPr>
              <w:fldChar w:fldCharType="separate"/>
            </w:r>
            <w:r w:rsidR="00276435">
              <w:rPr>
                <w:noProof/>
                <w:webHidden/>
                <w:lang w:val="es-ES"/>
              </w:rPr>
              <w:t>9</w:t>
            </w:r>
            <w:r w:rsidR="00521EEA" w:rsidRPr="00991687">
              <w:rPr>
                <w:noProof/>
                <w:webHidden/>
                <w:lang w:val="es-ES"/>
              </w:rPr>
              <w:fldChar w:fldCharType="end"/>
            </w:r>
          </w:hyperlink>
        </w:p>
        <w:p w14:paraId="4AB7B888" w14:textId="2A92891D" w:rsidR="00521EEA" w:rsidRPr="00991687" w:rsidRDefault="000030E4">
          <w:pPr>
            <w:pStyle w:val="TDC2"/>
            <w:tabs>
              <w:tab w:val="right" w:leader="dot" w:pos="992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240535358" w:history="1">
            <w:r w:rsidR="00521EEA" w:rsidRPr="00991687">
              <w:rPr>
                <w:rStyle w:val="Hipervnculo"/>
                <w:noProof/>
                <w:lang w:val="es-ES"/>
              </w:rPr>
              <w:t>5.8. Ejemplo con cuatro discos de 1 TB</w:t>
            </w:r>
            <w:r w:rsidR="00521EEA" w:rsidRPr="00991687">
              <w:rPr>
                <w:noProof/>
                <w:webHidden/>
                <w:lang w:val="es-ES"/>
              </w:rPr>
              <w:tab/>
            </w:r>
            <w:r w:rsidR="00521EEA" w:rsidRPr="00991687">
              <w:rPr>
                <w:noProof/>
                <w:webHidden/>
                <w:lang w:val="es-ES"/>
              </w:rPr>
              <w:fldChar w:fldCharType="begin"/>
            </w:r>
            <w:r w:rsidR="00521EEA" w:rsidRPr="00991687">
              <w:rPr>
                <w:noProof/>
                <w:webHidden/>
                <w:lang w:val="es-ES"/>
              </w:rPr>
              <w:instrText xml:space="preserve"> PAGEREF _Toc240535358 \h </w:instrText>
            </w:r>
            <w:r w:rsidR="00521EEA" w:rsidRPr="00991687">
              <w:rPr>
                <w:noProof/>
                <w:webHidden/>
                <w:lang w:val="es-ES"/>
              </w:rPr>
            </w:r>
            <w:r w:rsidR="00521EEA" w:rsidRPr="00991687">
              <w:rPr>
                <w:noProof/>
                <w:webHidden/>
                <w:lang w:val="es-ES"/>
              </w:rPr>
              <w:fldChar w:fldCharType="separate"/>
            </w:r>
            <w:r w:rsidR="00276435">
              <w:rPr>
                <w:noProof/>
                <w:webHidden/>
                <w:lang w:val="es-ES"/>
              </w:rPr>
              <w:t>9</w:t>
            </w:r>
            <w:r w:rsidR="00521EEA" w:rsidRPr="00991687">
              <w:rPr>
                <w:noProof/>
                <w:webHidden/>
                <w:lang w:val="es-ES"/>
              </w:rPr>
              <w:fldChar w:fldCharType="end"/>
            </w:r>
          </w:hyperlink>
        </w:p>
        <w:p w14:paraId="052F07B6" w14:textId="4EFC2670" w:rsidR="00521EEA" w:rsidRPr="00991687" w:rsidRDefault="000030E4">
          <w:pPr>
            <w:pStyle w:val="TDC1"/>
            <w:tabs>
              <w:tab w:val="right" w:leader="dot" w:pos="992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240535359" w:history="1">
            <w:r w:rsidR="00521EEA" w:rsidRPr="00991687">
              <w:rPr>
                <w:rStyle w:val="Hipervnculo"/>
                <w:noProof/>
                <w:lang w:val="es-ES"/>
              </w:rPr>
              <w:t>6. RAID no es una copia de seguridad</w:t>
            </w:r>
            <w:r w:rsidR="00521EEA" w:rsidRPr="00991687">
              <w:rPr>
                <w:noProof/>
                <w:webHidden/>
                <w:lang w:val="es-ES"/>
              </w:rPr>
              <w:tab/>
            </w:r>
            <w:r w:rsidR="00521EEA" w:rsidRPr="00991687">
              <w:rPr>
                <w:noProof/>
                <w:webHidden/>
                <w:lang w:val="es-ES"/>
              </w:rPr>
              <w:fldChar w:fldCharType="begin"/>
            </w:r>
            <w:r w:rsidR="00521EEA" w:rsidRPr="00991687">
              <w:rPr>
                <w:noProof/>
                <w:webHidden/>
                <w:lang w:val="es-ES"/>
              </w:rPr>
              <w:instrText xml:space="preserve"> PAGEREF _Toc240535359 \h </w:instrText>
            </w:r>
            <w:r w:rsidR="00521EEA" w:rsidRPr="00991687">
              <w:rPr>
                <w:noProof/>
                <w:webHidden/>
                <w:lang w:val="es-ES"/>
              </w:rPr>
            </w:r>
            <w:r w:rsidR="00521EEA" w:rsidRPr="00991687">
              <w:rPr>
                <w:noProof/>
                <w:webHidden/>
                <w:lang w:val="es-ES"/>
              </w:rPr>
              <w:fldChar w:fldCharType="separate"/>
            </w:r>
            <w:r w:rsidR="00276435">
              <w:rPr>
                <w:noProof/>
                <w:webHidden/>
                <w:lang w:val="es-ES"/>
              </w:rPr>
              <w:t>10</w:t>
            </w:r>
            <w:r w:rsidR="00521EEA" w:rsidRPr="00991687">
              <w:rPr>
                <w:noProof/>
                <w:webHidden/>
                <w:lang w:val="es-ES"/>
              </w:rPr>
              <w:fldChar w:fldCharType="end"/>
            </w:r>
          </w:hyperlink>
        </w:p>
        <w:p w14:paraId="78477D79" w14:textId="60FB9C95" w:rsidR="00521EEA" w:rsidRPr="00991687" w:rsidRDefault="000030E4">
          <w:pPr>
            <w:pStyle w:val="TDC1"/>
            <w:tabs>
              <w:tab w:val="right" w:leader="dot" w:pos="992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240535360" w:history="1">
            <w:r w:rsidR="00521EEA" w:rsidRPr="00991687">
              <w:rPr>
                <w:rStyle w:val="Hipervnculo"/>
                <w:noProof/>
                <w:lang w:val="es-ES"/>
              </w:rPr>
              <w:t>7. RAID frente a HDFS</w:t>
            </w:r>
            <w:r w:rsidR="00521EEA" w:rsidRPr="00991687">
              <w:rPr>
                <w:noProof/>
                <w:webHidden/>
                <w:lang w:val="es-ES"/>
              </w:rPr>
              <w:tab/>
            </w:r>
            <w:r w:rsidR="00521EEA" w:rsidRPr="00991687">
              <w:rPr>
                <w:noProof/>
                <w:webHidden/>
                <w:lang w:val="es-ES"/>
              </w:rPr>
              <w:fldChar w:fldCharType="begin"/>
            </w:r>
            <w:r w:rsidR="00521EEA" w:rsidRPr="00991687">
              <w:rPr>
                <w:noProof/>
                <w:webHidden/>
                <w:lang w:val="es-ES"/>
              </w:rPr>
              <w:instrText xml:space="preserve"> PAGEREF _Toc240535360 \h </w:instrText>
            </w:r>
            <w:r w:rsidR="00521EEA" w:rsidRPr="00991687">
              <w:rPr>
                <w:noProof/>
                <w:webHidden/>
                <w:lang w:val="es-ES"/>
              </w:rPr>
            </w:r>
            <w:r w:rsidR="00521EEA" w:rsidRPr="00991687">
              <w:rPr>
                <w:noProof/>
                <w:webHidden/>
                <w:lang w:val="es-ES"/>
              </w:rPr>
              <w:fldChar w:fldCharType="separate"/>
            </w:r>
            <w:r w:rsidR="00276435">
              <w:rPr>
                <w:noProof/>
                <w:webHidden/>
                <w:lang w:val="es-ES"/>
              </w:rPr>
              <w:t>10</w:t>
            </w:r>
            <w:r w:rsidR="00521EEA" w:rsidRPr="00991687">
              <w:rPr>
                <w:noProof/>
                <w:webHidden/>
                <w:lang w:val="es-ES"/>
              </w:rPr>
              <w:fldChar w:fldCharType="end"/>
            </w:r>
          </w:hyperlink>
        </w:p>
        <w:p w14:paraId="69A5792D" w14:textId="00713672" w:rsidR="00521EEA" w:rsidRPr="00991687" w:rsidRDefault="000030E4">
          <w:pPr>
            <w:pStyle w:val="TDC1"/>
            <w:tabs>
              <w:tab w:val="right" w:leader="dot" w:pos="992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240535361" w:history="1">
            <w:r w:rsidR="00521EEA" w:rsidRPr="00991687">
              <w:rPr>
                <w:rStyle w:val="Hipervnculo"/>
                <w:noProof/>
                <w:lang w:val="es-ES"/>
              </w:rPr>
              <w:t>8. Introducción a HDFS</w:t>
            </w:r>
            <w:r w:rsidR="00521EEA" w:rsidRPr="00991687">
              <w:rPr>
                <w:noProof/>
                <w:webHidden/>
                <w:lang w:val="es-ES"/>
              </w:rPr>
              <w:tab/>
            </w:r>
            <w:r w:rsidR="00521EEA" w:rsidRPr="00991687">
              <w:rPr>
                <w:noProof/>
                <w:webHidden/>
                <w:lang w:val="es-ES"/>
              </w:rPr>
              <w:fldChar w:fldCharType="begin"/>
            </w:r>
            <w:r w:rsidR="00521EEA" w:rsidRPr="00991687">
              <w:rPr>
                <w:noProof/>
                <w:webHidden/>
                <w:lang w:val="es-ES"/>
              </w:rPr>
              <w:instrText xml:space="preserve"> PAGEREF _Toc240535361 \h </w:instrText>
            </w:r>
            <w:r w:rsidR="00521EEA" w:rsidRPr="00991687">
              <w:rPr>
                <w:noProof/>
                <w:webHidden/>
                <w:lang w:val="es-ES"/>
              </w:rPr>
            </w:r>
            <w:r w:rsidR="00521EEA" w:rsidRPr="00991687">
              <w:rPr>
                <w:noProof/>
                <w:webHidden/>
                <w:lang w:val="es-ES"/>
              </w:rPr>
              <w:fldChar w:fldCharType="separate"/>
            </w:r>
            <w:r w:rsidR="00276435">
              <w:rPr>
                <w:noProof/>
                <w:webHidden/>
                <w:lang w:val="es-ES"/>
              </w:rPr>
              <w:t>11</w:t>
            </w:r>
            <w:r w:rsidR="00521EEA" w:rsidRPr="00991687">
              <w:rPr>
                <w:noProof/>
                <w:webHidden/>
                <w:lang w:val="es-ES"/>
              </w:rPr>
              <w:fldChar w:fldCharType="end"/>
            </w:r>
          </w:hyperlink>
        </w:p>
        <w:p w14:paraId="0C2694AF" w14:textId="15CE88E5" w:rsidR="00521EEA" w:rsidRPr="00991687" w:rsidRDefault="000030E4">
          <w:pPr>
            <w:pStyle w:val="TDC2"/>
            <w:tabs>
              <w:tab w:val="right" w:leader="dot" w:pos="992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240535362" w:history="1">
            <w:r w:rsidR="00521EEA" w:rsidRPr="00991687">
              <w:rPr>
                <w:rStyle w:val="Hipervnculo"/>
                <w:noProof/>
                <w:lang w:val="es-ES"/>
              </w:rPr>
              <w:t>8.1. NameNode y DataNodes</w:t>
            </w:r>
            <w:r w:rsidR="00521EEA" w:rsidRPr="00991687">
              <w:rPr>
                <w:noProof/>
                <w:webHidden/>
                <w:lang w:val="es-ES"/>
              </w:rPr>
              <w:tab/>
            </w:r>
            <w:r w:rsidR="00521EEA" w:rsidRPr="00991687">
              <w:rPr>
                <w:noProof/>
                <w:webHidden/>
                <w:lang w:val="es-ES"/>
              </w:rPr>
              <w:fldChar w:fldCharType="begin"/>
            </w:r>
            <w:r w:rsidR="00521EEA" w:rsidRPr="00991687">
              <w:rPr>
                <w:noProof/>
                <w:webHidden/>
                <w:lang w:val="es-ES"/>
              </w:rPr>
              <w:instrText xml:space="preserve"> PAGEREF _Toc240535362 \h </w:instrText>
            </w:r>
            <w:r w:rsidR="00521EEA" w:rsidRPr="00991687">
              <w:rPr>
                <w:noProof/>
                <w:webHidden/>
                <w:lang w:val="es-ES"/>
              </w:rPr>
            </w:r>
            <w:r w:rsidR="00521EEA" w:rsidRPr="00991687">
              <w:rPr>
                <w:noProof/>
                <w:webHidden/>
                <w:lang w:val="es-ES"/>
              </w:rPr>
              <w:fldChar w:fldCharType="separate"/>
            </w:r>
            <w:r w:rsidR="00276435">
              <w:rPr>
                <w:noProof/>
                <w:webHidden/>
                <w:lang w:val="es-ES"/>
              </w:rPr>
              <w:t>11</w:t>
            </w:r>
            <w:r w:rsidR="00521EEA" w:rsidRPr="00991687">
              <w:rPr>
                <w:noProof/>
                <w:webHidden/>
                <w:lang w:val="es-ES"/>
              </w:rPr>
              <w:fldChar w:fldCharType="end"/>
            </w:r>
          </w:hyperlink>
        </w:p>
        <w:p w14:paraId="3F22AF2D" w14:textId="0A72FA8E" w:rsidR="00521EEA" w:rsidRPr="00991687" w:rsidRDefault="000030E4">
          <w:pPr>
            <w:pStyle w:val="TDC1"/>
            <w:tabs>
              <w:tab w:val="right" w:leader="dot" w:pos="992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240535363" w:history="1">
            <w:r w:rsidR="00521EEA" w:rsidRPr="00991687">
              <w:rPr>
                <w:rStyle w:val="Hipervnculo"/>
                <w:noProof/>
                <w:lang w:val="es-ES"/>
              </w:rPr>
              <w:t>9. Mapa conceptual final</w:t>
            </w:r>
            <w:r w:rsidR="00521EEA" w:rsidRPr="00991687">
              <w:rPr>
                <w:noProof/>
                <w:webHidden/>
                <w:lang w:val="es-ES"/>
              </w:rPr>
              <w:tab/>
            </w:r>
            <w:r w:rsidR="00521EEA" w:rsidRPr="00991687">
              <w:rPr>
                <w:noProof/>
                <w:webHidden/>
                <w:lang w:val="es-ES"/>
              </w:rPr>
              <w:fldChar w:fldCharType="begin"/>
            </w:r>
            <w:r w:rsidR="00521EEA" w:rsidRPr="00991687">
              <w:rPr>
                <w:noProof/>
                <w:webHidden/>
                <w:lang w:val="es-ES"/>
              </w:rPr>
              <w:instrText xml:space="preserve"> PAGEREF _Toc240535363 \h </w:instrText>
            </w:r>
            <w:r w:rsidR="00521EEA" w:rsidRPr="00991687">
              <w:rPr>
                <w:noProof/>
                <w:webHidden/>
                <w:lang w:val="es-ES"/>
              </w:rPr>
            </w:r>
            <w:r w:rsidR="00521EEA" w:rsidRPr="00991687">
              <w:rPr>
                <w:noProof/>
                <w:webHidden/>
                <w:lang w:val="es-ES"/>
              </w:rPr>
              <w:fldChar w:fldCharType="separate"/>
            </w:r>
            <w:r w:rsidR="00276435">
              <w:rPr>
                <w:noProof/>
                <w:webHidden/>
                <w:lang w:val="es-ES"/>
              </w:rPr>
              <w:t>12</w:t>
            </w:r>
            <w:r w:rsidR="00521EEA" w:rsidRPr="00991687">
              <w:rPr>
                <w:noProof/>
                <w:webHidden/>
                <w:lang w:val="es-ES"/>
              </w:rPr>
              <w:fldChar w:fldCharType="end"/>
            </w:r>
          </w:hyperlink>
        </w:p>
        <w:p w14:paraId="30A734A1" w14:textId="1FBF5232" w:rsidR="00521EEA" w:rsidRPr="00991687" w:rsidRDefault="000030E4">
          <w:pPr>
            <w:pStyle w:val="TDC1"/>
            <w:tabs>
              <w:tab w:val="right" w:leader="dot" w:pos="992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240535364" w:history="1">
            <w:r w:rsidR="00521EEA" w:rsidRPr="00991687">
              <w:rPr>
                <w:rStyle w:val="Hipervnculo"/>
                <w:noProof/>
                <w:lang w:val="es-ES"/>
              </w:rPr>
              <w:t>10. Preguntas rápidas para comprobar la comprensión</w:t>
            </w:r>
            <w:r w:rsidR="00521EEA" w:rsidRPr="00991687">
              <w:rPr>
                <w:noProof/>
                <w:webHidden/>
                <w:lang w:val="es-ES"/>
              </w:rPr>
              <w:tab/>
            </w:r>
            <w:r w:rsidR="00521EEA" w:rsidRPr="00991687">
              <w:rPr>
                <w:noProof/>
                <w:webHidden/>
                <w:lang w:val="es-ES"/>
              </w:rPr>
              <w:fldChar w:fldCharType="begin"/>
            </w:r>
            <w:r w:rsidR="00521EEA" w:rsidRPr="00991687">
              <w:rPr>
                <w:noProof/>
                <w:webHidden/>
                <w:lang w:val="es-ES"/>
              </w:rPr>
              <w:instrText xml:space="preserve"> PAGEREF _Toc240535364 \h </w:instrText>
            </w:r>
            <w:r w:rsidR="00521EEA" w:rsidRPr="00991687">
              <w:rPr>
                <w:noProof/>
                <w:webHidden/>
                <w:lang w:val="es-ES"/>
              </w:rPr>
            </w:r>
            <w:r w:rsidR="00521EEA" w:rsidRPr="00991687">
              <w:rPr>
                <w:noProof/>
                <w:webHidden/>
                <w:lang w:val="es-ES"/>
              </w:rPr>
              <w:fldChar w:fldCharType="separate"/>
            </w:r>
            <w:r w:rsidR="00276435">
              <w:rPr>
                <w:noProof/>
                <w:webHidden/>
                <w:lang w:val="es-ES"/>
              </w:rPr>
              <w:t>12</w:t>
            </w:r>
            <w:r w:rsidR="00521EEA" w:rsidRPr="00991687">
              <w:rPr>
                <w:noProof/>
                <w:webHidden/>
                <w:lang w:val="es-ES"/>
              </w:rPr>
              <w:fldChar w:fldCharType="end"/>
            </w:r>
          </w:hyperlink>
        </w:p>
        <w:p w14:paraId="7C3F4AB2" w14:textId="49CBE774" w:rsidR="00521EEA" w:rsidRPr="00991687" w:rsidRDefault="00521EEA">
          <w:pPr>
            <w:rPr>
              <w:lang w:val="es-ES"/>
            </w:rPr>
          </w:pPr>
          <w:r w:rsidRPr="00991687">
            <w:rPr>
              <w:b/>
              <w:bCs/>
              <w:lang w:val="es-ES"/>
            </w:rPr>
            <w:fldChar w:fldCharType="end"/>
          </w:r>
        </w:p>
      </w:sdtContent>
    </w:sdt>
    <w:p w14:paraId="521ADCB0" w14:textId="6BE322A3" w:rsidR="00521EEA" w:rsidRPr="00991687" w:rsidRDefault="00521EEA">
      <w:pPr>
        <w:spacing w:after="200" w:line="276" w:lineRule="auto"/>
        <w:rPr>
          <w:lang w:val="es-ES"/>
        </w:rPr>
      </w:pPr>
    </w:p>
    <w:p w14:paraId="03B4AA0D" w14:textId="77777777" w:rsidR="00521EEA" w:rsidRPr="00991687" w:rsidRDefault="00521EEA">
      <w:pPr>
        <w:spacing w:after="200" w:line="276" w:lineRule="auto"/>
        <w:rPr>
          <w:lang w:val="es-ES"/>
        </w:rPr>
      </w:pPr>
      <w:r w:rsidRPr="00991687">
        <w:rPr>
          <w:lang w:val="es-ES"/>
        </w:rP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176842" w:rsidRPr="00991687" w14:paraId="1B1DC366" w14:textId="77777777">
        <w:trPr>
          <w:jc w:val="center"/>
        </w:trPr>
        <w:tc>
          <w:tcPr>
            <w:tcW w:w="9936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F2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217A88C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b/>
                <w:color w:val="1F4E79"/>
                <w:sz w:val="22"/>
                <w:lang w:val="es-ES"/>
              </w:rPr>
              <w:lastRenderedPageBreak/>
              <w:t>💡</w:t>
            </w:r>
            <w:r w:rsidRPr="00991687">
              <w:rPr>
                <w:b/>
                <w:color w:val="1F4E79"/>
                <w:sz w:val="22"/>
                <w:lang w:val="es-ES"/>
              </w:rPr>
              <w:t xml:space="preserve"> Idea principal</w:t>
            </w:r>
          </w:p>
          <w:p w14:paraId="50A9BF53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Un sistema de ficheros organiza cómo se guardan y recuperan los datos. RAID combina varios discos para mejorar rendimiento y/o tolerancia a fallos. En Big Data, los sistemas de ficheros distribuidos llevan esta idea a varias máquinas.</w:t>
            </w:r>
          </w:p>
        </w:tc>
      </w:tr>
    </w:tbl>
    <w:p w14:paraId="5FDDD746" w14:textId="77777777" w:rsidR="00176842" w:rsidRPr="00991687" w:rsidRDefault="00176842">
      <w:pPr>
        <w:spacing w:after="40"/>
        <w:rPr>
          <w:lang w:val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176842" w:rsidRPr="00991687" w14:paraId="60C44765" w14:textId="77777777">
        <w:trPr>
          <w:jc w:val="center"/>
        </w:trPr>
        <w:tc>
          <w:tcPr>
            <w:tcW w:w="4968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98939C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b/>
                <w:sz w:val="19"/>
                <w:lang w:val="es-ES"/>
              </w:rPr>
              <w:t>Bloque</w:t>
            </w:r>
          </w:p>
        </w:tc>
        <w:tc>
          <w:tcPr>
            <w:tcW w:w="4968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63B930" w14:textId="19B87822" w:rsidR="00176842" w:rsidRPr="00991687" w:rsidRDefault="00176842">
            <w:pPr>
              <w:spacing w:after="40"/>
              <w:rPr>
                <w:lang w:val="es-ES"/>
              </w:rPr>
            </w:pPr>
          </w:p>
        </w:tc>
      </w:tr>
      <w:tr w:rsidR="00176842" w:rsidRPr="00991687" w14:paraId="1410B841" w14:textId="77777777">
        <w:trPr>
          <w:jc w:val="center"/>
        </w:trPr>
        <w:tc>
          <w:tcPr>
            <w:tcW w:w="49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F3C92D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1. Sistema de ficheros</w:t>
            </w:r>
          </w:p>
        </w:tc>
        <w:tc>
          <w:tcPr>
            <w:tcW w:w="49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79BB3B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Archivos, directorios, bloques, metadatos y permisos.</w:t>
            </w:r>
          </w:p>
        </w:tc>
      </w:tr>
      <w:tr w:rsidR="00176842" w:rsidRPr="00991687" w14:paraId="2713B7BF" w14:textId="77777777">
        <w:trPr>
          <w:jc w:val="center"/>
        </w:trPr>
        <w:tc>
          <w:tcPr>
            <w:tcW w:w="49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7945CA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2. Sistemas locales</w:t>
            </w:r>
          </w:p>
        </w:tc>
        <w:tc>
          <w:tcPr>
            <w:tcW w:w="49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774EB8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 xml:space="preserve">FAT32, </w:t>
            </w:r>
            <w:proofErr w:type="spellStart"/>
            <w:r w:rsidRPr="00991687">
              <w:rPr>
                <w:sz w:val="19"/>
                <w:lang w:val="es-ES"/>
              </w:rPr>
              <w:t>exFAT</w:t>
            </w:r>
            <w:proofErr w:type="spellEnd"/>
            <w:r w:rsidRPr="00991687">
              <w:rPr>
                <w:sz w:val="19"/>
                <w:lang w:val="es-ES"/>
              </w:rPr>
              <w:t>, NTFS, ext4 y APFS.</w:t>
            </w:r>
          </w:p>
        </w:tc>
      </w:tr>
      <w:tr w:rsidR="00176842" w:rsidRPr="00991687" w14:paraId="5260036A" w14:textId="77777777">
        <w:trPr>
          <w:jc w:val="center"/>
        </w:trPr>
        <w:tc>
          <w:tcPr>
            <w:tcW w:w="49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7CD821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3. Sistemas distribuidos</w:t>
            </w:r>
          </w:p>
        </w:tc>
        <w:tc>
          <w:tcPr>
            <w:tcW w:w="49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7C373D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Por qué aparecen y cómo reparten los datos entre nodos.</w:t>
            </w:r>
          </w:p>
        </w:tc>
      </w:tr>
      <w:tr w:rsidR="00176842" w:rsidRPr="00991687" w14:paraId="7204A4C8" w14:textId="77777777">
        <w:trPr>
          <w:jc w:val="center"/>
        </w:trPr>
        <w:tc>
          <w:tcPr>
            <w:tcW w:w="49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6FD4B2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4. RAID</w:t>
            </w:r>
          </w:p>
        </w:tc>
        <w:tc>
          <w:tcPr>
            <w:tcW w:w="49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3F8CAE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 xml:space="preserve">RAID 0, 1, 5, 6 y 10: </w:t>
            </w:r>
            <w:r w:rsidRPr="00991687">
              <w:rPr>
                <w:sz w:val="19"/>
                <w:lang w:val="es-ES"/>
              </w:rPr>
              <w:t>rendimiento, redundancia y capacidad.</w:t>
            </w:r>
          </w:p>
        </w:tc>
      </w:tr>
      <w:tr w:rsidR="00176842" w:rsidRPr="00991687" w14:paraId="62CC6E74" w14:textId="77777777">
        <w:trPr>
          <w:jc w:val="center"/>
        </w:trPr>
        <w:tc>
          <w:tcPr>
            <w:tcW w:w="49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3287FD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5. Big Data</w:t>
            </w:r>
          </w:p>
        </w:tc>
        <w:tc>
          <w:tcPr>
            <w:tcW w:w="49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97CE27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 xml:space="preserve">Relación entre RAID, HDFS, </w:t>
            </w:r>
            <w:proofErr w:type="spellStart"/>
            <w:r w:rsidRPr="00991687">
              <w:rPr>
                <w:sz w:val="19"/>
                <w:lang w:val="es-ES"/>
              </w:rPr>
              <w:t>NameNode</w:t>
            </w:r>
            <w:proofErr w:type="spellEnd"/>
            <w:r w:rsidRPr="00991687">
              <w:rPr>
                <w:sz w:val="19"/>
                <w:lang w:val="es-ES"/>
              </w:rPr>
              <w:t xml:space="preserve">, </w:t>
            </w:r>
            <w:proofErr w:type="spellStart"/>
            <w:r w:rsidRPr="00991687">
              <w:rPr>
                <w:sz w:val="19"/>
                <w:lang w:val="es-ES"/>
              </w:rPr>
              <w:t>DataNodes</w:t>
            </w:r>
            <w:proofErr w:type="spellEnd"/>
            <w:r w:rsidRPr="00991687">
              <w:rPr>
                <w:sz w:val="19"/>
                <w:lang w:val="es-ES"/>
              </w:rPr>
              <w:t xml:space="preserve"> y replicación.</w:t>
            </w:r>
          </w:p>
        </w:tc>
      </w:tr>
    </w:tbl>
    <w:p w14:paraId="57B6527F" w14:textId="77777777" w:rsidR="00176842" w:rsidRPr="00991687" w:rsidRDefault="000030E4">
      <w:pPr>
        <w:rPr>
          <w:lang w:val="es-ES"/>
        </w:rPr>
      </w:pPr>
      <w:r w:rsidRPr="00991687">
        <w:rPr>
          <w:lang w:val="es-ES"/>
        </w:rPr>
        <w:br w:type="page"/>
      </w:r>
    </w:p>
    <w:p w14:paraId="0887C3BB" w14:textId="77777777" w:rsidR="00176842" w:rsidRPr="00991687" w:rsidRDefault="000030E4">
      <w:pPr>
        <w:pStyle w:val="Ttulo1"/>
        <w:rPr>
          <w:lang w:val="es-ES"/>
        </w:rPr>
      </w:pPr>
      <w:bookmarkStart w:id="0" w:name="_Toc240535341"/>
      <w:r w:rsidRPr="00991687">
        <w:rPr>
          <w:lang w:val="es-ES"/>
        </w:rPr>
        <w:lastRenderedPageBreak/>
        <w:t>1. ¿Qué es un sistema de ficheros?</w:t>
      </w:r>
      <w:bookmarkEnd w:id="0"/>
    </w:p>
    <w:p w14:paraId="5B6C9E7F" w14:textId="77777777" w:rsidR="00176842" w:rsidRPr="00991687" w:rsidRDefault="000030E4">
      <w:pPr>
        <w:rPr>
          <w:lang w:val="es-ES"/>
        </w:rPr>
      </w:pPr>
      <w:r w:rsidRPr="00991687">
        <w:rPr>
          <w:lang w:val="es-ES"/>
        </w:rPr>
        <w:t>Cuando guardamos un archivo, nosotros vemos un nombre y una carpeta. Sin embargo, el dispositivo de almac</w:t>
      </w:r>
      <w:r w:rsidRPr="00991687">
        <w:rPr>
          <w:lang w:val="es-ES"/>
        </w:rPr>
        <w:t>enamiento está formado por una gran cantidad de espacio que debe organizarse. El sistema de ficheros es el mecanismo que realiza esa organización.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176842" w:rsidRPr="00991687" w14:paraId="4EB3FBD8" w14:textId="77777777">
        <w:trPr>
          <w:jc w:val="center"/>
        </w:trPr>
        <w:tc>
          <w:tcPr>
            <w:tcW w:w="9936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2F0D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1094580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b/>
                <w:color w:val="1F4E79"/>
                <w:sz w:val="22"/>
                <w:lang w:val="es-ES"/>
              </w:rPr>
              <w:t>📌</w:t>
            </w:r>
            <w:r w:rsidRPr="00991687">
              <w:rPr>
                <w:b/>
                <w:color w:val="1F4E79"/>
                <w:sz w:val="22"/>
                <w:lang w:val="es-ES"/>
              </w:rPr>
              <w:t xml:space="preserve"> Definición</w:t>
            </w:r>
          </w:p>
          <w:p w14:paraId="0BBC37C3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Un sistema de ficheros es el mecanismo utilizado para organizar, almacenar, localizar, proteger</w:t>
            </w:r>
            <w:r w:rsidRPr="00991687">
              <w:rPr>
                <w:sz w:val="19"/>
                <w:lang w:val="es-ES"/>
              </w:rPr>
              <w:t xml:space="preserve"> y gestionar archivos y directorios dentro de un dispositivo de almacenamiento.</w:t>
            </w:r>
          </w:p>
        </w:tc>
      </w:tr>
    </w:tbl>
    <w:p w14:paraId="69D17CA9" w14:textId="77777777" w:rsidR="00176842" w:rsidRPr="00991687" w:rsidRDefault="00176842">
      <w:pPr>
        <w:spacing w:after="40"/>
        <w:rPr>
          <w:lang w:val="es-ES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176842" w:rsidRPr="00991687" w14:paraId="67D8DFBD" w14:textId="77777777">
        <w:trPr>
          <w:jc w:val="center"/>
        </w:trPr>
        <w:tc>
          <w:tcPr>
            <w:tcW w:w="9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24A84E84" w14:textId="77777777" w:rsidR="00176842" w:rsidRPr="00991687" w:rsidRDefault="000030E4" w:rsidP="00A138FB">
            <w:pPr>
              <w:spacing w:after="40"/>
              <w:ind w:left="1440"/>
              <w:rPr>
                <w:lang w:val="es-ES"/>
              </w:rPr>
            </w:pPr>
            <w:r w:rsidRPr="00991687">
              <w:rPr>
                <w:rFonts w:ascii="Consolas" w:hAnsi="Consolas"/>
                <w:sz w:val="18"/>
                <w:lang w:val="es-ES"/>
              </w:rPr>
              <w:t>LO QUE VE EL USUARIO                         LO QUE GESTIONA EL SISTEMA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</w:r>
            <w:r w:rsidRPr="00991687">
              <w:rPr>
                <w:rFonts w:ascii="Consolas" w:hAnsi="Consolas"/>
                <w:sz w:val="18"/>
                <w:lang w:val="es-ES"/>
              </w:rPr>
              <w:t>📁</w:t>
            </w:r>
            <w:r w:rsidRPr="00991687">
              <w:rPr>
                <w:rFonts w:ascii="Consolas" w:hAnsi="Consolas"/>
                <w:sz w:val="18"/>
                <w:lang w:val="es-ES"/>
              </w:rPr>
              <w:t xml:space="preserve"> Documentos                              Disco dividido en bloques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</w:r>
            <w:r w:rsidRPr="00991687">
              <w:rPr>
                <w:rFonts w:ascii="Consolas" w:hAnsi="Consolas"/>
                <w:sz w:val="18"/>
                <w:lang w:val="es-ES"/>
              </w:rPr>
              <w:t xml:space="preserve">   ├── alumnos.csv        ───────────►   </w:t>
            </w:r>
            <w:proofErr w:type="gramStart"/>
            <w:r w:rsidRPr="00991687">
              <w:rPr>
                <w:rFonts w:ascii="Consolas" w:hAnsi="Consolas"/>
                <w:sz w:val="18"/>
                <w:lang w:val="es-ES"/>
              </w:rPr>
              <w:t xml:space="preserve">   [</w:t>
            </w:r>
            <w:proofErr w:type="gramEnd"/>
            <w:r w:rsidRPr="00991687">
              <w:rPr>
                <w:rFonts w:ascii="Consolas" w:hAnsi="Consolas"/>
                <w:sz w:val="18"/>
                <w:lang w:val="es-ES"/>
              </w:rPr>
              <w:t>B1][B2][B3][B4][B5][B6]...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└── notas.xlsx</w:t>
            </w:r>
          </w:p>
        </w:tc>
      </w:tr>
    </w:tbl>
    <w:p w14:paraId="060C41EF" w14:textId="77777777" w:rsidR="00176842" w:rsidRPr="00991687" w:rsidRDefault="00176842">
      <w:pPr>
        <w:spacing w:after="20"/>
        <w:rPr>
          <w:lang w:val="es-ES"/>
        </w:rPr>
      </w:pPr>
    </w:p>
    <w:p w14:paraId="1F4A335C" w14:textId="77777777" w:rsidR="00176842" w:rsidRPr="00991687" w:rsidRDefault="000030E4">
      <w:pPr>
        <w:pStyle w:val="Ttulo2"/>
        <w:rPr>
          <w:lang w:val="es-ES"/>
        </w:rPr>
      </w:pPr>
      <w:bookmarkStart w:id="1" w:name="_Toc240535342"/>
      <w:r w:rsidRPr="00991687">
        <w:rPr>
          <w:lang w:val="es-ES"/>
        </w:rPr>
        <w:t>1.1. La analogía del almacén</w:t>
      </w:r>
      <w:bookmarkEnd w:id="1"/>
    </w:p>
    <w:p w14:paraId="7CA11979" w14:textId="77777777" w:rsidR="00176842" w:rsidRPr="00991687" w:rsidRDefault="000030E4">
      <w:pPr>
        <w:rPr>
          <w:lang w:val="es-ES"/>
        </w:rPr>
      </w:pPr>
      <w:r w:rsidRPr="00991687">
        <w:rPr>
          <w:lang w:val="es-ES"/>
        </w:rPr>
        <w:t>Podemos imaginar el disco como un gran almacén. Si las cajas se colocasen sin ningún criterio, encontrar un producto sería muy difícil.</w:t>
      </w:r>
      <w:r w:rsidRPr="00991687">
        <w:rPr>
          <w:lang w:val="es-ES"/>
        </w:rPr>
        <w:t xml:space="preserve"> El sistema de ficheros actúa como el sistema de organización e inventario del almacén.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176842" w:rsidRPr="00991687" w14:paraId="44CFF93B" w14:textId="77777777">
        <w:trPr>
          <w:jc w:val="center"/>
        </w:trPr>
        <w:tc>
          <w:tcPr>
            <w:tcW w:w="4968" w:type="dxa"/>
            <w:shd w:val="clear" w:color="auto" w:fill="D9EAF7"/>
            <w:vAlign w:val="center"/>
          </w:tcPr>
          <w:p w14:paraId="4B5B3AFB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Almacén</w:t>
            </w:r>
          </w:p>
        </w:tc>
        <w:tc>
          <w:tcPr>
            <w:tcW w:w="4968" w:type="dxa"/>
            <w:shd w:val="clear" w:color="auto" w:fill="D9EAF7"/>
            <w:vAlign w:val="center"/>
          </w:tcPr>
          <w:p w14:paraId="05F28B20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Sistema de ficheros</w:t>
            </w:r>
          </w:p>
        </w:tc>
      </w:tr>
      <w:tr w:rsidR="00176842" w:rsidRPr="00991687" w14:paraId="7DCF24ED" w14:textId="77777777">
        <w:trPr>
          <w:jc w:val="center"/>
        </w:trPr>
        <w:tc>
          <w:tcPr>
            <w:tcW w:w="4968" w:type="dxa"/>
            <w:vAlign w:val="center"/>
          </w:tcPr>
          <w:p w14:paraId="79992585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Almacén</w:t>
            </w:r>
          </w:p>
        </w:tc>
        <w:tc>
          <w:tcPr>
            <w:tcW w:w="4968" w:type="dxa"/>
            <w:vAlign w:val="center"/>
          </w:tcPr>
          <w:p w14:paraId="03415E66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Disco o dispositivo</w:t>
            </w:r>
          </w:p>
        </w:tc>
      </w:tr>
      <w:tr w:rsidR="00176842" w:rsidRPr="00991687" w14:paraId="614A86E9" w14:textId="77777777">
        <w:trPr>
          <w:jc w:val="center"/>
        </w:trPr>
        <w:tc>
          <w:tcPr>
            <w:tcW w:w="4968" w:type="dxa"/>
            <w:vAlign w:val="center"/>
          </w:tcPr>
          <w:p w14:paraId="0EC888F2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Caja</w:t>
            </w:r>
          </w:p>
        </w:tc>
        <w:tc>
          <w:tcPr>
            <w:tcW w:w="4968" w:type="dxa"/>
            <w:vAlign w:val="center"/>
          </w:tcPr>
          <w:p w14:paraId="3E3A653C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Bloque</w:t>
            </w:r>
          </w:p>
        </w:tc>
      </w:tr>
      <w:tr w:rsidR="00176842" w:rsidRPr="00991687" w14:paraId="6DDF0A1F" w14:textId="77777777">
        <w:trPr>
          <w:jc w:val="center"/>
        </w:trPr>
        <w:tc>
          <w:tcPr>
            <w:tcW w:w="4968" w:type="dxa"/>
            <w:vAlign w:val="center"/>
          </w:tcPr>
          <w:p w14:paraId="032689DD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Producto</w:t>
            </w:r>
          </w:p>
        </w:tc>
        <w:tc>
          <w:tcPr>
            <w:tcW w:w="4968" w:type="dxa"/>
            <w:vAlign w:val="center"/>
          </w:tcPr>
          <w:p w14:paraId="7883A85E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Archivo</w:t>
            </w:r>
          </w:p>
        </w:tc>
      </w:tr>
      <w:tr w:rsidR="00176842" w:rsidRPr="00991687" w14:paraId="4B6468EA" w14:textId="77777777">
        <w:trPr>
          <w:jc w:val="center"/>
        </w:trPr>
        <w:tc>
          <w:tcPr>
            <w:tcW w:w="4968" w:type="dxa"/>
            <w:vAlign w:val="center"/>
          </w:tcPr>
          <w:p w14:paraId="20942E4A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Estantería</w:t>
            </w:r>
          </w:p>
        </w:tc>
        <w:tc>
          <w:tcPr>
            <w:tcW w:w="4968" w:type="dxa"/>
            <w:vAlign w:val="center"/>
          </w:tcPr>
          <w:p w14:paraId="6FC09D6E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Directorio</w:t>
            </w:r>
          </w:p>
        </w:tc>
      </w:tr>
      <w:tr w:rsidR="00176842" w:rsidRPr="00991687" w14:paraId="11F55CC3" w14:textId="77777777">
        <w:trPr>
          <w:jc w:val="center"/>
        </w:trPr>
        <w:tc>
          <w:tcPr>
            <w:tcW w:w="4968" w:type="dxa"/>
            <w:vAlign w:val="center"/>
          </w:tcPr>
          <w:p w14:paraId="6619BED5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Inventario</w:t>
            </w:r>
          </w:p>
        </w:tc>
        <w:tc>
          <w:tcPr>
            <w:tcW w:w="4968" w:type="dxa"/>
            <w:vAlign w:val="center"/>
          </w:tcPr>
          <w:p w14:paraId="04BAEBD1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Metadatos</w:t>
            </w:r>
          </w:p>
        </w:tc>
      </w:tr>
      <w:tr w:rsidR="00176842" w:rsidRPr="00991687" w14:paraId="2AE5B4EE" w14:textId="77777777">
        <w:trPr>
          <w:jc w:val="center"/>
        </w:trPr>
        <w:tc>
          <w:tcPr>
            <w:tcW w:w="4968" w:type="dxa"/>
            <w:vAlign w:val="center"/>
          </w:tcPr>
          <w:p w14:paraId="0CF46249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Encargado</w:t>
            </w:r>
          </w:p>
        </w:tc>
        <w:tc>
          <w:tcPr>
            <w:tcW w:w="4968" w:type="dxa"/>
            <w:vAlign w:val="center"/>
          </w:tcPr>
          <w:p w14:paraId="166B3BE6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Sistema de ficheros</w:t>
            </w:r>
          </w:p>
        </w:tc>
      </w:tr>
    </w:tbl>
    <w:p w14:paraId="495AE826" w14:textId="77777777" w:rsidR="00176842" w:rsidRPr="00991687" w:rsidRDefault="000030E4">
      <w:pPr>
        <w:pStyle w:val="Ttulo2"/>
        <w:rPr>
          <w:lang w:val="es-ES"/>
        </w:rPr>
      </w:pPr>
      <w:bookmarkStart w:id="2" w:name="_Toc240535343"/>
      <w:r w:rsidRPr="00991687">
        <w:rPr>
          <w:lang w:val="es-ES"/>
        </w:rPr>
        <w:t>1.2. Funciones principales</w:t>
      </w:r>
      <w:bookmarkEnd w:id="2"/>
    </w:p>
    <w:p w14:paraId="3F88E3E7" w14:textId="77777777" w:rsidR="00176842" w:rsidRPr="00991687" w:rsidRDefault="000030E4">
      <w:pPr>
        <w:pStyle w:val="Listaconvietas"/>
        <w:spacing w:after="40"/>
        <w:rPr>
          <w:lang w:val="es-ES"/>
        </w:rPr>
      </w:pPr>
      <w:r w:rsidRPr="00991687">
        <w:rPr>
          <w:lang w:val="es-ES"/>
        </w:rPr>
        <w:t>Organizar archivos y carpetas.</w:t>
      </w:r>
    </w:p>
    <w:p w14:paraId="019BF68E" w14:textId="77777777" w:rsidR="00176842" w:rsidRPr="00991687" w:rsidRDefault="000030E4">
      <w:pPr>
        <w:pStyle w:val="Listaconvietas"/>
        <w:spacing w:after="40"/>
        <w:rPr>
          <w:lang w:val="es-ES"/>
        </w:rPr>
      </w:pPr>
      <w:r w:rsidRPr="00991687">
        <w:rPr>
          <w:lang w:val="es-ES"/>
        </w:rPr>
        <w:t>Determinar dónde están almacenados físicamente los datos.</w:t>
      </w:r>
    </w:p>
    <w:p w14:paraId="574E4CB3" w14:textId="77777777" w:rsidR="00176842" w:rsidRPr="00991687" w:rsidRDefault="000030E4">
      <w:pPr>
        <w:pStyle w:val="Listaconvietas"/>
        <w:spacing w:after="40"/>
        <w:rPr>
          <w:lang w:val="es-ES"/>
        </w:rPr>
      </w:pPr>
      <w:r w:rsidRPr="00991687">
        <w:rPr>
          <w:lang w:val="es-ES"/>
        </w:rPr>
        <w:t>Gestionar el espacio libre y ocupado.</w:t>
      </w:r>
    </w:p>
    <w:p w14:paraId="71E141D2" w14:textId="77777777" w:rsidR="00176842" w:rsidRPr="00991687" w:rsidRDefault="000030E4">
      <w:pPr>
        <w:pStyle w:val="Listaconvietas"/>
        <w:spacing w:after="40"/>
        <w:rPr>
          <w:lang w:val="es-ES"/>
        </w:rPr>
      </w:pPr>
      <w:r w:rsidRPr="00991687">
        <w:rPr>
          <w:lang w:val="es-ES"/>
        </w:rPr>
        <w:t>Mantener metadatos: nombre, tamaño, fechas, propietario, permisos, etc.</w:t>
      </w:r>
    </w:p>
    <w:p w14:paraId="69A715F0" w14:textId="77777777" w:rsidR="00176842" w:rsidRPr="00991687" w:rsidRDefault="000030E4">
      <w:pPr>
        <w:pStyle w:val="Listaconvietas"/>
        <w:spacing w:after="40"/>
        <w:rPr>
          <w:lang w:val="es-ES"/>
        </w:rPr>
      </w:pPr>
      <w:r w:rsidRPr="00991687">
        <w:rPr>
          <w:lang w:val="es-ES"/>
        </w:rPr>
        <w:t>Controlar el acceso mediante p</w:t>
      </w:r>
      <w:r w:rsidRPr="00991687">
        <w:rPr>
          <w:lang w:val="es-ES"/>
        </w:rPr>
        <w:t>ermisos.</w:t>
      </w:r>
    </w:p>
    <w:p w14:paraId="4A0193BE" w14:textId="7CBB3E79" w:rsidR="00150480" w:rsidRDefault="000030E4">
      <w:pPr>
        <w:pStyle w:val="Listaconvietas"/>
        <w:spacing w:after="40"/>
        <w:rPr>
          <w:lang w:val="es-ES"/>
        </w:rPr>
      </w:pPr>
      <w:r w:rsidRPr="00991687">
        <w:rPr>
          <w:lang w:val="es-ES"/>
        </w:rPr>
        <w:t>Ayudar a mantener la integridad de los datos y, según el sistema, facilitar su recuperación tras fallos.</w:t>
      </w:r>
    </w:p>
    <w:p w14:paraId="3658B426" w14:textId="77777777" w:rsidR="00150480" w:rsidRDefault="00150480">
      <w:pPr>
        <w:spacing w:after="200" w:line="276" w:lineRule="auto"/>
        <w:rPr>
          <w:lang w:val="es-ES"/>
        </w:rPr>
      </w:pPr>
      <w:r>
        <w:rPr>
          <w:lang w:val="es-ES"/>
        </w:rPr>
        <w:br w:type="page"/>
      </w:r>
    </w:p>
    <w:p w14:paraId="398DCE05" w14:textId="77777777" w:rsidR="00176842" w:rsidRPr="00991687" w:rsidRDefault="000030E4">
      <w:pPr>
        <w:pStyle w:val="Ttulo1"/>
        <w:rPr>
          <w:lang w:val="es-ES"/>
        </w:rPr>
      </w:pPr>
      <w:bookmarkStart w:id="3" w:name="_Toc240535344"/>
      <w:r w:rsidRPr="00991687">
        <w:rPr>
          <w:lang w:val="es-ES"/>
        </w:rPr>
        <w:lastRenderedPageBreak/>
        <w:t>2. Archivos, bloques y metadatos</w:t>
      </w:r>
      <w:bookmarkEnd w:id="3"/>
    </w:p>
    <w:p w14:paraId="1025622C" w14:textId="77777777" w:rsidR="00176842" w:rsidRPr="00991687" w:rsidRDefault="000030E4">
      <w:pPr>
        <w:pStyle w:val="Ttulo2"/>
        <w:rPr>
          <w:lang w:val="es-ES"/>
        </w:rPr>
      </w:pPr>
      <w:bookmarkStart w:id="4" w:name="_Toc240535345"/>
      <w:r w:rsidRPr="00991687">
        <w:rPr>
          <w:lang w:val="es-ES"/>
        </w:rPr>
        <w:t>2.1. ¿Qué es un bloque?</w:t>
      </w:r>
      <w:bookmarkEnd w:id="4"/>
    </w:p>
    <w:p w14:paraId="0533E8FC" w14:textId="77777777" w:rsidR="00176842" w:rsidRPr="00991687" w:rsidRDefault="000030E4">
      <w:pPr>
        <w:rPr>
          <w:lang w:val="es-ES"/>
        </w:rPr>
      </w:pPr>
      <w:r w:rsidRPr="00991687">
        <w:rPr>
          <w:lang w:val="es-ES"/>
        </w:rPr>
        <w:t>Los sistemas de almacenamiento trabajan con unidades o bloques. Un archivo grande pue</w:t>
      </w:r>
      <w:r w:rsidRPr="00991687">
        <w:rPr>
          <w:lang w:val="es-ES"/>
        </w:rPr>
        <w:t>de necesitar varios bloques y esos bloques no tienen por qué estar físicamente juntos.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176842" w:rsidRPr="00991687" w14:paraId="7BF34561" w14:textId="77777777">
        <w:trPr>
          <w:jc w:val="center"/>
        </w:trPr>
        <w:tc>
          <w:tcPr>
            <w:tcW w:w="9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337DCB76" w14:textId="5BD6C706" w:rsidR="00176842" w:rsidRPr="00991687" w:rsidRDefault="000030E4">
            <w:pPr>
              <w:spacing w:after="40"/>
              <w:jc w:val="center"/>
              <w:rPr>
                <w:lang w:val="es-ES"/>
              </w:rPr>
            </w:pPr>
            <w:r w:rsidRPr="00991687">
              <w:rPr>
                <w:rFonts w:ascii="Consolas" w:hAnsi="Consolas"/>
                <w:sz w:val="18"/>
                <w:lang w:val="es-ES"/>
              </w:rPr>
              <w:t xml:space="preserve">Archivo de 10 </w:t>
            </w:r>
            <w:proofErr w:type="gramStart"/>
            <w:r w:rsidR="00C679B2">
              <w:rPr>
                <w:rFonts w:ascii="Consolas" w:hAnsi="Consolas"/>
                <w:sz w:val="18"/>
                <w:lang w:val="es-ES"/>
              </w:rPr>
              <w:t>K</w:t>
            </w:r>
            <w:r w:rsidRPr="00991687">
              <w:rPr>
                <w:rFonts w:ascii="Consolas" w:hAnsi="Consolas"/>
                <w:sz w:val="18"/>
                <w:lang w:val="es-ES"/>
              </w:rPr>
              <w:t>B  →</w:t>
            </w:r>
            <w:proofErr w:type="gramEnd"/>
            <w:r w:rsidRPr="00991687">
              <w:rPr>
                <w:rFonts w:ascii="Consolas" w:hAnsi="Consolas"/>
                <w:sz w:val="18"/>
                <w:lang w:val="es-ES"/>
              </w:rPr>
              <w:t xml:space="preserve">  tamaño de bloque: 4 </w:t>
            </w:r>
            <w:r w:rsidR="00C679B2">
              <w:rPr>
                <w:rFonts w:ascii="Consolas" w:hAnsi="Consolas"/>
                <w:sz w:val="18"/>
                <w:lang w:val="es-ES"/>
              </w:rPr>
              <w:t>K</w:t>
            </w:r>
            <w:r w:rsidRPr="00991687">
              <w:rPr>
                <w:rFonts w:ascii="Consolas" w:hAnsi="Consolas"/>
                <w:sz w:val="18"/>
                <w:lang w:val="es-ES"/>
              </w:rPr>
              <w:t>B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[ 4 </w:t>
            </w:r>
            <w:r w:rsidR="00C679B2">
              <w:rPr>
                <w:rFonts w:ascii="Consolas" w:hAnsi="Consolas"/>
                <w:sz w:val="18"/>
                <w:lang w:val="es-ES"/>
              </w:rPr>
              <w:t>K</w:t>
            </w:r>
            <w:r w:rsidRPr="00991687">
              <w:rPr>
                <w:rFonts w:ascii="Consolas" w:hAnsi="Consolas"/>
                <w:sz w:val="18"/>
                <w:lang w:val="es-ES"/>
              </w:rPr>
              <w:t xml:space="preserve">B ]   [ 4 </w:t>
            </w:r>
            <w:r w:rsidR="00C679B2">
              <w:rPr>
                <w:rFonts w:ascii="Consolas" w:hAnsi="Consolas"/>
                <w:sz w:val="18"/>
                <w:lang w:val="es-ES"/>
              </w:rPr>
              <w:t>K</w:t>
            </w:r>
            <w:r w:rsidRPr="00991687">
              <w:rPr>
                <w:rFonts w:ascii="Consolas" w:hAnsi="Consolas"/>
                <w:sz w:val="18"/>
                <w:lang w:val="es-ES"/>
              </w:rPr>
              <w:t xml:space="preserve">B ]   [ 2 </w:t>
            </w:r>
            <w:r w:rsidR="00C679B2">
              <w:rPr>
                <w:rFonts w:ascii="Consolas" w:hAnsi="Consolas"/>
                <w:sz w:val="18"/>
                <w:lang w:val="es-ES"/>
              </w:rPr>
              <w:t>K</w:t>
            </w:r>
            <w:r w:rsidRPr="00991687">
              <w:rPr>
                <w:rFonts w:ascii="Consolas" w:hAnsi="Consolas"/>
                <w:sz w:val="18"/>
                <w:lang w:val="es-ES"/>
              </w:rPr>
              <w:t>B ]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Bloque 1    Bloque 2    Bloque 3</w:t>
            </w:r>
          </w:p>
        </w:tc>
      </w:tr>
    </w:tbl>
    <w:p w14:paraId="3EB9A06F" w14:textId="77777777" w:rsidR="00176842" w:rsidRPr="00991687" w:rsidRDefault="00176842">
      <w:pPr>
        <w:spacing w:after="20"/>
        <w:rPr>
          <w:lang w:val="es-ES"/>
        </w:rPr>
      </w:pPr>
    </w:p>
    <w:p w14:paraId="698B9649" w14:textId="77777777" w:rsidR="00176842" w:rsidRPr="00991687" w:rsidRDefault="000030E4">
      <w:pPr>
        <w:pStyle w:val="Ttulo2"/>
        <w:rPr>
          <w:lang w:val="es-ES"/>
        </w:rPr>
      </w:pPr>
      <w:bookmarkStart w:id="5" w:name="_Toc240535346"/>
      <w:r w:rsidRPr="00991687">
        <w:rPr>
          <w:lang w:val="es-ES"/>
        </w:rPr>
        <w:t>2.2. Metadatos</w:t>
      </w:r>
      <w:bookmarkEnd w:id="5"/>
    </w:p>
    <w:p w14:paraId="2B11553F" w14:textId="77777777" w:rsidR="00176842" w:rsidRPr="00991687" w:rsidRDefault="000030E4">
      <w:pPr>
        <w:rPr>
          <w:lang w:val="es-ES"/>
        </w:rPr>
      </w:pPr>
      <w:r w:rsidRPr="00991687">
        <w:rPr>
          <w:lang w:val="es-ES"/>
        </w:rPr>
        <w:t xml:space="preserve">Los metadatos son datos que describen </w:t>
      </w:r>
      <w:r w:rsidRPr="00991687">
        <w:rPr>
          <w:lang w:val="es-ES"/>
        </w:rPr>
        <w:t>otros datos. Para un archivo, incluyen información que permite identificarlo, gestionarlo y localizarlo.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176842" w:rsidRPr="00991687" w14:paraId="48C56E4D" w14:textId="77777777">
        <w:trPr>
          <w:jc w:val="center"/>
        </w:trPr>
        <w:tc>
          <w:tcPr>
            <w:tcW w:w="9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53002CD9" w14:textId="77777777" w:rsidR="00176842" w:rsidRPr="00991687" w:rsidRDefault="000030E4" w:rsidP="00626DD6">
            <w:pPr>
              <w:spacing w:after="40"/>
              <w:rPr>
                <w:lang w:val="es-ES"/>
              </w:rPr>
            </w:pPr>
            <w:r w:rsidRPr="00991687">
              <w:rPr>
                <w:rFonts w:ascii="Consolas" w:hAnsi="Consolas"/>
                <w:sz w:val="18"/>
                <w:lang w:val="es-ES"/>
              </w:rPr>
              <w:t>alumnos.csv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>├─ Tamaño: 25 MB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>├─ Propietario: usuario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>├─ Fecha de modificación: 17/09/2026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>├─ Permisos: lectura / escritura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>└─ Ubicación física: bloques</w:t>
            </w:r>
            <w:r w:rsidRPr="00991687">
              <w:rPr>
                <w:rFonts w:ascii="Consolas" w:hAnsi="Consolas"/>
                <w:sz w:val="18"/>
                <w:lang w:val="es-ES"/>
              </w:rPr>
              <w:t xml:space="preserve"> 24, 89, 143...</w:t>
            </w:r>
          </w:p>
        </w:tc>
      </w:tr>
    </w:tbl>
    <w:p w14:paraId="59256846" w14:textId="77777777" w:rsidR="00176842" w:rsidRPr="00991687" w:rsidRDefault="00176842">
      <w:pPr>
        <w:spacing w:after="20"/>
        <w:rPr>
          <w:lang w:val="es-ES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176842" w:rsidRPr="00991687" w14:paraId="050AF3CD" w14:textId="77777777">
        <w:trPr>
          <w:jc w:val="center"/>
        </w:trPr>
        <w:tc>
          <w:tcPr>
            <w:tcW w:w="9936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F2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B1E1947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b/>
                <w:color w:val="1F4E79"/>
                <w:sz w:val="22"/>
                <w:lang w:val="es-ES"/>
              </w:rPr>
              <w:t>🧠</w:t>
            </w:r>
            <w:r w:rsidRPr="00991687">
              <w:rPr>
                <w:b/>
                <w:color w:val="1F4E79"/>
                <w:sz w:val="22"/>
                <w:lang w:val="es-ES"/>
              </w:rPr>
              <w:t xml:space="preserve"> Regla fácil de recordar</w:t>
            </w:r>
          </w:p>
          <w:p w14:paraId="1CBC7616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 xml:space="preserve">Datos = contenido del archivo.  </w:t>
            </w:r>
            <w:proofErr w:type="gramStart"/>
            <w:r w:rsidRPr="00991687">
              <w:rPr>
                <w:sz w:val="19"/>
                <w:lang w:val="es-ES"/>
              </w:rPr>
              <w:t>·  Metadatos</w:t>
            </w:r>
            <w:proofErr w:type="gramEnd"/>
            <w:r w:rsidRPr="00991687">
              <w:rPr>
                <w:sz w:val="19"/>
                <w:lang w:val="es-ES"/>
              </w:rPr>
              <w:t xml:space="preserve"> = información sobre el archivo.</w:t>
            </w:r>
          </w:p>
        </w:tc>
      </w:tr>
    </w:tbl>
    <w:p w14:paraId="1037AFBB" w14:textId="77777777" w:rsidR="00176842" w:rsidRPr="00991687" w:rsidRDefault="00176842">
      <w:pPr>
        <w:spacing w:after="40"/>
        <w:rPr>
          <w:lang w:val="es-ES"/>
        </w:rPr>
      </w:pPr>
    </w:p>
    <w:p w14:paraId="435D4B83" w14:textId="77777777" w:rsidR="00176842" w:rsidRPr="00991687" w:rsidRDefault="000030E4">
      <w:pPr>
        <w:pStyle w:val="Ttulo2"/>
        <w:rPr>
          <w:lang w:val="es-ES"/>
        </w:rPr>
      </w:pPr>
      <w:bookmarkStart w:id="6" w:name="_Toc240535347"/>
      <w:r w:rsidRPr="00991687">
        <w:rPr>
          <w:lang w:val="es-ES"/>
        </w:rPr>
        <w:t>2.3. Rutas y jerarquía de directorios</w:t>
      </w:r>
      <w:bookmarkEnd w:id="6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176842" w:rsidRPr="00991687" w14:paraId="7F8919A0" w14:textId="77777777">
        <w:trPr>
          <w:jc w:val="center"/>
        </w:trPr>
        <w:tc>
          <w:tcPr>
            <w:tcW w:w="9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6D26AB5E" w14:textId="77777777" w:rsidR="00176842" w:rsidRPr="00991687" w:rsidRDefault="000030E4" w:rsidP="00626DD6">
            <w:pPr>
              <w:spacing w:after="40"/>
              <w:rPr>
                <w:lang w:val="es-ES"/>
              </w:rPr>
            </w:pPr>
            <w:r w:rsidRPr="00991687">
              <w:rPr>
                <w:rFonts w:ascii="Consolas" w:hAnsi="Consolas"/>
                <w:sz w:val="18"/>
                <w:lang w:val="es-ES"/>
              </w:rPr>
              <w:t>/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>├── home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│   └── </w:t>
            </w:r>
            <w:proofErr w:type="spellStart"/>
            <w:r w:rsidRPr="00991687">
              <w:rPr>
                <w:rFonts w:ascii="Consolas" w:hAnsi="Consolas"/>
                <w:sz w:val="18"/>
                <w:lang w:val="es-ES"/>
              </w:rPr>
              <w:t>ainhoa</w:t>
            </w:r>
            <w:proofErr w:type="spellEnd"/>
            <w:r w:rsidRPr="00991687">
              <w:rPr>
                <w:rFonts w:ascii="Consolas" w:hAnsi="Consolas"/>
                <w:sz w:val="18"/>
                <w:lang w:val="es-ES"/>
              </w:rPr>
              <w:br/>
              <w:t>│       ├── documentos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>│       │   └── tema.pdf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>│       └── datos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│ </w:t>
            </w:r>
            <w:r w:rsidRPr="00991687">
              <w:rPr>
                <w:rFonts w:ascii="Consolas" w:hAnsi="Consolas"/>
                <w:sz w:val="18"/>
                <w:lang w:val="es-ES"/>
              </w:rPr>
              <w:t xml:space="preserve">          └── alumnos.csv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├── </w:t>
            </w:r>
            <w:proofErr w:type="spellStart"/>
            <w:r w:rsidRPr="00991687">
              <w:rPr>
                <w:rFonts w:ascii="Consolas" w:hAnsi="Consolas"/>
                <w:sz w:val="18"/>
                <w:lang w:val="es-ES"/>
              </w:rPr>
              <w:t>etc</w:t>
            </w:r>
            <w:proofErr w:type="spellEnd"/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└── </w:t>
            </w:r>
            <w:proofErr w:type="spellStart"/>
            <w:r w:rsidRPr="00991687">
              <w:rPr>
                <w:rFonts w:ascii="Consolas" w:hAnsi="Consolas"/>
                <w:sz w:val="18"/>
                <w:lang w:val="es-ES"/>
              </w:rPr>
              <w:t>var</w:t>
            </w:r>
            <w:proofErr w:type="spellEnd"/>
          </w:p>
        </w:tc>
      </w:tr>
    </w:tbl>
    <w:p w14:paraId="49A8FF4B" w14:textId="77777777" w:rsidR="00176842" w:rsidRPr="00991687" w:rsidRDefault="00176842">
      <w:pPr>
        <w:spacing w:after="20"/>
        <w:rPr>
          <w:lang w:val="es-ES"/>
        </w:rPr>
      </w:pPr>
    </w:p>
    <w:p w14:paraId="7356B6EF" w14:textId="2D0C16BC" w:rsidR="00150480" w:rsidRDefault="000030E4">
      <w:pPr>
        <w:rPr>
          <w:lang w:val="es-ES"/>
        </w:rPr>
      </w:pPr>
      <w:r w:rsidRPr="00991687">
        <w:rPr>
          <w:lang w:val="es-ES"/>
        </w:rPr>
        <w:t>Una ruta absoluta parte desde la raíz, por ejemplo /home/</w:t>
      </w:r>
      <w:proofErr w:type="spellStart"/>
      <w:r w:rsidRPr="00991687">
        <w:rPr>
          <w:lang w:val="es-ES"/>
        </w:rPr>
        <w:t>ainhoa</w:t>
      </w:r>
      <w:proofErr w:type="spellEnd"/>
      <w:r w:rsidRPr="00991687">
        <w:rPr>
          <w:lang w:val="es-ES"/>
        </w:rPr>
        <w:t>/datos/alumnos.csv. Una ruta relativa depende del directorio actual, por ejemplo datos/alumnos.csv si ya estamos en /home/</w:t>
      </w:r>
      <w:proofErr w:type="spellStart"/>
      <w:r w:rsidRPr="00991687">
        <w:rPr>
          <w:lang w:val="es-ES"/>
        </w:rPr>
        <w:t>ainhoa</w:t>
      </w:r>
      <w:proofErr w:type="spellEnd"/>
      <w:r w:rsidRPr="00991687">
        <w:rPr>
          <w:lang w:val="es-ES"/>
        </w:rPr>
        <w:t>.</w:t>
      </w:r>
    </w:p>
    <w:p w14:paraId="43D1026A" w14:textId="77777777" w:rsidR="00150480" w:rsidRDefault="00150480">
      <w:pPr>
        <w:spacing w:after="200" w:line="276" w:lineRule="auto"/>
        <w:rPr>
          <w:lang w:val="es-ES"/>
        </w:rPr>
      </w:pPr>
      <w:r>
        <w:rPr>
          <w:lang w:val="es-ES"/>
        </w:rPr>
        <w:br w:type="page"/>
      </w:r>
    </w:p>
    <w:p w14:paraId="60B4F518" w14:textId="77777777" w:rsidR="00176842" w:rsidRPr="00991687" w:rsidRDefault="000030E4">
      <w:pPr>
        <w:pStyle w:val="Ttulo1"/>
        <w:rPr>
          <w:lang w:val="es-ES"/>
        </w:rPr>
      </w:pPr>
      <w:bookmarkStart w:id="7" w:name="_Toc240535348"/>
      <w:r w:rsidRPr="00991687">
        <w:rPr>
          <w:lang w:val="es-ES"/>
        </w:rPr>
        <w:lastRenderedPageBreak/>
        <w:t xml:space="preserve">3. Sistemas de </w:t>
      </w:r>
      <w:r w:rsidRPr="00991687">
        <w:rPr>
          <w:lang w:val="es-ES"/>
        </w:rPr>
        <w:t>ficheros locales más habituales</w:t>
      </w:r>
      <w:bookmarkEnd w:id="7"/>
    </w:p>
    <w:p w14:paraId="192B86BE" w14:textId="77777777" w:rsidR="00176842" w:rsidRPr="00991687" w:rsidRDefault="000030E4">
      <w:pPr>
        <w:rPr>
          <w:lang w:val="es-ES"/>
        </w:rPr>
      </w:pPr>
      <w:r w:rsidRPr="00991687">
        <w:rPr>
          <w:lang w:val="es-ES"/>
        </w:rPr>
        <w:t>Existen distintos sistemas de ficheros. Cada uno define cómo se organizan los datos y qué características ofrece.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176842" w:rsidRPr="00991687" w14:paraId="6A838DE8" w14:textId="77777777">
        <w:trPr>
          <w:jc w:val="center"/>
        </w:trPr>
        <w:tc>
          <w:tcPr>
            <w:tcW w:w="3312" w:type="dxa"/>
            <w:shd w:val="clear" w:color="auto" w:fill="D9EAF7"/>
            <w:vAlign w:val="center"/>
          </w:tcPr>
          <w:p w14:paraId="35DCE584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Sistema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765DBF28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Uso habitual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057B694E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Idea clave</w:t>
            </w:r>
          </w:p>
        </w:tc>
      </w:tr>
      <w:tr w:rsidR="00176842" w:rsidRPr="00991687" w14:paraId="467BE59A" w14:textId="77777777">
        <w:trPr>
          <w:jc w:val="center"/>
        </w:trPr>
        <w:tc>
          <w:tcPr>
            <w:tcW w:w="3312" w:type="dxa"/>
            <w:vAlign w:val="center"/>
          </w:tcPr>
          <w:p w14:paraId="53E7DC70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FAT32</w:t>
            </w:r>
          </w:p>
        </w:tc>
        <w:tc>
          <w:tcPr>
            <w:tcW w:w="3312" w:type="dxa"/>
            <w:vAlign w:val="center"/>
          </w:tcPr>
          <w:p w14:paraId="0100A8C1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USB y dispositivos con alta compatibilidad</w:t>
            </w:r>
          </w:p>
        </w:tc>
        <w:tc>
          <w:tcPr>
            <w:tcW w:w="3312" w:type="dxa"/>
            <w:vAlign w:val="center"/>
          </w:tcPr>
          <w:p w14:paraId="1156B574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Muy compatible; limita el ta</w:t>
            </w:r>
            <w:r w:rsidRPr="00991687">
              <w:rPr>
                <w:sz w:val="19"/>
                <w:lang w:val="es-ES"/>
              </w:rPr>
              <w:t>maño máximo de archivo a 4 GB.</w:t>
            </w:r>
          </w:p>
        </w:tc>
      </w:tr>
      <w:tr w:rsidR="00176842" w:rsidRPr="00991687" w14:paraId="224F3BBF" w14:textId="77777777">
        <w:trPr>
          <w:jc w:val="center"/>
        </w:trPr>
        <w:tc>
          <w:tcPr>
            <w:tcW w:w="3312" w:type="dxa"/>
            <w:vAlign w:val="center"/>
          </w:tcPr>
          <w:p w14:paraId="1A242EB6" w14:textId="77777777" w:rsidR="00176842" w:rsidRPr="00991687" w:rsidRDefault="000030E4">
            <w:pPr>
              <w:spacing w:after="40"/>
              <w:rPr>
                <w:lang w:val="es-ES"/>
              </w:rPr>
            </w:pPr>
            <w:proofErr w:type="spellStart"/>
            <w:r w:rsidRPr="00991687">
              <w:rPr>
                <w:sz w:val="19"/>
                <w:lang w:val="es-ES"/>
              </w:rPr>
              <w:t>exFAT</w:t>
            </w:r>
            <w:proofErr w:type="spellEnd"/>
          </w:p>
        </w:tc>
        <w:tc>
          <w:tcPr>
            <w:tcW w:w="3312" w:type="dxa"/>
            <w:vAlign w:val="center"/>
          </w:tcPr>
          <w:p w14:paraId="7920AB2B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USB y discos externos</w:t>
            </w:r>
          </w:p>
        </w:tc>
        <w:tc>
          <w:tcPr>
            <w:tcW w:w="3312" w:type="dxa"/>
            <w:vAlign w:val="center"/>
          </w:tcPr>
          <w:p w14:paraId="75539385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Buena compatibilidad y permite archivos grandes.</w:t>
            </w:r>
          </w:p>
        </w:tc>
      </w:tr>
      <w:tr w:rsidR="00176842" w:rsidRPr="00991687" w14:paraId="14CC8C8D" w14:textId="77777777">
        <w:trPr>
          <w:jc w:val="center"/>
        </w:trPr>
        <w:tc>
          <w:tcPr>
            <w:tcW w:w="3312" w:type="dxa"/>
            <w:vAlign w:val="center"/>
          </w:tcPr>
          <w:p w14:paraId="54B3CD8D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NTFS</w:t>
            </w:r>
          </w:p>
        </w:tc>
        <w:tc>
          <w:tcPr>
            <w:tcW w:w="3312" w:type="dxa"/>
            <w:vAlign w:val="center"/>
          </w:tcPr>
          <w:p w14:paraId="10E178C9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Windows</w:t>
            </w:r>
          </w:p>
        </w:tc>
        <w:tc>
          <w:tcPr>
            <w:tcW w:w="3312" w:type="dxa"/>
            <w:vAlign w:val="center"/>
          </w:tcPr>
          <w:p w14:paraId="34E37356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 xml:space="preserve">Permisos, </w:t>
            </w:r>
            <w:proofErr w:type="spellStart"/>
            <w:r w:rsidRPr="00991687">
              <w:rPr>
                <w:sz w:val="19"/>
                <w:lang w:val="es-ES"/>
              </w:rPr>
              <w:t>journaling</w:t>
            </w:r>
            <w:proofErr w:type="spellEnd"/>
            <w:r w:rsidRPr="00991687">
              <w:rPr>
                <w:sz w:val="19"/>
                <w:lang w:val="es-ES"/>
              </w:rPr>
              <w:t xml:space="preserve"> y soporte para archivos grandes.</w:t>
            </w:r>
          </w:p>
        </w:tc>
      </w:tr>
      <w:tr w:rsidR="00176842" w:rsidRPr="00991687" w14:paraId="568FA78A" w14:textId="77777777">
        <w:trPr>
          <w:jc w:val="center"/>
        </w:trPr>
        <w:tc>
          <w:tcPr>
            <w:tcW w:w="3312" w:type="dxa"/>
            <w:vAlign w:val="center"/>
          </w:tcPr>
          <w:p w14:paraId="0638BCB1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ext4</w:t>
            </w:r>
          </w:p>
        </w:tc>
        <w:tc>
          <w:tcPr>
            <w:tcW w:w="3312" w:type="dxa"/>
            <w:vAlign w:val="center"/>
          </w:tcPr>
          <w:p w14:paraId="49AB8002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Linux</w:t>
            </w:r>
          </w:p>
        </w:tc>
        <w:tc>
          <w:tcPr>
            <w:tcW w:w="3312" w:type="dxa"/>
            <w:vAlign w:val="center"/>
          </w:tcPr>
          <w:p w14:paraId="535A9EEC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Muy usado en servidores Linux; robusto y eficiente.</w:t>
            </w:r>
          </w:p>
        </w:tc>
      </w:tr>
      <w:tr w:rsidR="00176842" w:rsidRPr="00991687" w14:paraId="4969FCC9" w14:textId="77777777">
        <w:trPr>
          <w:jc w:val="center"/>
        </w:trPr>
        <w:tc>
          <w:tcPr>
            <w:tcW w:w="3312" w:type="dxa"/>
            <w:vAlign w:val="center"/>
          </w:tcPr>
          <w:p w14:paraId="601B30DF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APFS</w:t>
            </w:r>
          </w:p>
        </w:tc>
        <w:tc>
          <w:tcPr>
            <w:tcW w:w="3312" w:type="dxa"/>
            <w:vAlign w:val="center"/>
          </w:tcPr>
          <w:p w14:paraId="0E2ECFC1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 xml:space="preserve">macOS y </w:t>
            </w:r>
            <w:r w:rsidRPr="00991687">
              <w:rPr>
                <w:sz w:val="19"/>
                <w:lang w:val="es-ES"/>
              </w:rPr>
              <w:t>dispositivos Apple</w:t>
            </w:r>
          </w:p>
        </w:tc>
        <w:tc>
          <w:tcPr>
            <w:tcW w:w="3312" w:type="dxa"/>
            <w:vAlign w:val="center"/>
          </w:tcPr>
          <w:p w14:paraId="34E4D271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Sistema moderno de Apple, optimizado para almacenamiento flash.</w:t>
            </w:r>
          </w:p>
        </w:tc>
      </w:tr>
    </w:tbl>
    <w:p w14:paraId="02138CA8" w14:textId="77777777" w:rsidR="00176842" w:rsidRPr="00991687" w:rsidRDefault="000030E4">
      <w:pPr>
        <w:pStyle w:val="Ttulo1"/>
        <w:rPr>
          <w:lang w:val="es-ES"/>
        </w:rPr>
      </w:pPr>
      <w:bookmarkStart w:id="8" w:name="_Toc240535349"/>
      <w:r w:rsidRPr="00991687">
        <w:rPr>
          <w:lang w:val="es-ES"/>
        </w:rPr>
        <w:t>4. Del sistema local al sistema distribuido</w:t>
      </w:r>
      <w:bookmarkEnd w:id="8"/>
    </w:p>
    <w:p w14:paraId="5CF2E172" w14:textId="066F938C" w:rsidR="00626DD6" w:rsidRPr="00991687" w:rsidRDefault="000030E4">
      <w:pPr>
        <w:rPr>
          <w:lang w:val="es-ES"/>
        </w:rPr>
      </w:pPr>
      <w:r w:rsidRPr="00991687">
        <w:rPr>
          <w:lang w:val="es-ES"/>
        </w:rPr>
        <w:t>En un ordenador convencional, el sistema de ficheros administra los discos de esa máquina. En Big Data, el volumen puede superar</w:t>
      </w:r>
      <w:r w:rsidRPr="00991687">
        <w:rPr>
          <w:lang w:val="es-ES"/>
        </w:rPr>
        <w:t xml:space="preserve"> ampliamente la capacidad de una sola máquina. La solución es repartir el almacenamiento entre varias máquinas conectadas.</w:t>
      </w:r>
    </w:p>
    <w:tbl>
      <w:tblPr>
        <w:tblW w:w="9936" w:type="dxa"/>
        <w:jc w:val="center"/>
        <w:tblLook w:val="04A0" w:firstRow="1" w:lastRow="0" w:firstColumn="1" w:lastColumn="0" w:noHBand="0" w:noVBand="1"/>
      </w:tblPr>
      <w:tblGrid>
        <w:gridCol w:w="9936"/>
      </w:tblGrid>
      <w:tr w:rsidR="00176842" w:rsidRPr="00991687" w14:paraId="48AF5FFD" w14:textId="77777777" w:rsidTr="00626DD6">
        <w:trPr>
          <w:jc w:val="center"/>
        </w:trPr>
        <w:tc>
          <w:tcPr>
            <w:tcW w:w="9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30B3FDD3" w14:textId="77777777" w:rsidR="00626DD6" w:rsidRPr="00991687" w:rsidRDefault="000030E4" w:rsidP="00626DD6">
            <w:pPr>
              <w:spacing w:after="40"/>
              <w:ind w:left="1440"/>
              <w:rPr>
                <w:rFonts w:ascii="Consolas" w:hAnsi="Consolas"/>
                <w:sz w:val="18"/>
                <w:lang w:val="es-ES"/>
              </w:rPr>
            </w:pPr>
            <w:r w:rsidRPr="00991687">
              <w:rPr>
                <w:rFonts w:ascii="Consolas" w:hAnsi="Consolas"/>
                <w:sz w:val="18"/>
                <w:lang w:val="es-ES"/>
              </w:rPr>
              <w:t>SISTEMA LOCAL                         SISTEMA DISTRIBUIDO</w:t>
            </w:r>
          </w:p>
          <w:p w14:paraId="18FD4E3E" w14:textId="2E2A47C1" w:rsidR="00176842" w:rsidRPr="00991687" w:rsidRDefault="00626DD6" w:rsidP="00626DD6">
            <w:pPr>
              <w:spacing w:after="40"/>
              <w:ind w:left="1440"/>
              <w:rPr>
                <w:lang w:val="es-ES"/>
              </w:rPr>
            </w:pPr>
            <w:r w:rsidRPr="00991687">
              <w:rPr>
                <w:rFonts w:ascii="Consolas" w:hAnsi="Consolas"/>
                <w:noProof/>
                <w:sz w:val="18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270F7408" wp14:editId="4362E2C2">
                      <wp:simplePos x="0" y="0"/>
                      <wp:positionH relativeFrom="column">
                        <wp:posOffset>3315326</wp:posOffset>
                      </wp:positionH>
                      <wp:positionV relativeFrom="paragraph">
                        <wp:posOffset>136553</wp:posOffset>
                      </wp:positionV>
                      <wp:extent cx="613675" cy="136478"/>
                      <wp:effectExtent l="0" t="0" r="15240" b="35560"/>
                      <wp:wrapNone/>
                      <wp:docPr id="9" name="Conector rect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13675" cy="13647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7EA4C9F" id="Conector recto 9" o:spid="_x0000_s1026" style="position:absolute;flip:x;z-index: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1.05pt,10.75pt" to="309.35pt,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" strokecolor="black [3040]"/>
                  </w:pict>
                </mc:Fallback>
              </mc:AlternateContent>
            </w:r>
            <w:r w:rsidRPr="00991687">
              <w:rPr>
                <w:rFonts w:ascii="Consolas" w:hAnsi="Consolas"/>
                <w:noProof/>
                <w:sz w:val="18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3EB13178" wp14:editId="0BEAA259">
                      <wp:simplePos x="0" y="0"/>
                      <wp:positionH relativeFrom="column">
                        <wp:posOffset>3922651</wp:posOffset>
                      </wp:positionH>
                      <wp:positionV relativeFrom="paragraph">
                        <wp:posOffset>136553</wp:posOffset>
                      </wp:positionV>
                      <wp:extent cx="600501" cy="156845"/>
                      <wp:effectExtent l="0" t="0" r="28575" b="33655"/>
                      <wp:wrapNone/>
                      <wp:docPr id="8" name="Conector rect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0501" cy="15684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AD17C7A" id="Conector recto 8" o:spid="_x0000_s1026" style="position:absolute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8.85pt,10.75pt" to="356.15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" strokecolor="black [3040]"/>
                  </w:pict>
                </mc:Fallback>
              </mc:AlternateContent>
            </w:r>
            <w:r w:rsidRPr="00991687">
              <w:rPr>
                <w:rFonts w:ascii="Consolas" w:hAnsi="Consolas"/>
                <w:noProof/>
                <w:sz w:val="18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3D25D37C" wp14:editId="1349A925">
                      <wp:simplePos x="0" y="0"/>
                      <wp:positionH relativeFrom="column">
                        <wp:posOffset>3923665</wp:posOffset>
                      </wp:positionH>
                      <wp:positionV relativeFrom="paragraph">
                        <wp:posOffset>137160</wp:posOffset>
                      </wp:positionV>
                      <wp:extent cx="6350" cy="129540"/>
                      <wp:effectExtent l="0" t="0" r="31750" b="22860"/>
                      <wp:wrapNone/>
                      <wp:docPr id="7" name="Conector rect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" cy="1295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95BEF3" id="Conector recto 7" o:spid="_x0000_s1026" style="position:absolute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8.95pt,10.8pt" to="309.4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" strokecolor="black [3040]"/>
                  </w:pict>
                </mc:Fallback>
              </mc:AlternateContent>
            </w:r>
            <w:r w:rsidRPr="00991687">
              <w:rPr>
                <w:rFonts w:ascii="Consolas" w:hAnsi="Consolas"/>
                <w:noProof/>
                <w:sz w:val="18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4CD6C78C" wp14:editId="513FAFD7">
                      <wp:simplePos x="0" y="0"/>
                      <wp:positionH relativeFrom="column">
                        <wp:posOffset>4549775</wp:posOffset>
                      </wp:positionH>
                      <wp:positionV relativeFrom="paragraph">
                        <wp:posOffset>432435</wp:posOffset>
                      </wp:positionV>
                      <wp:extent cx="6350" cy="163195"/>
                      <wp:effectExtent l="0" t="0" r="31750" b="27305"/>
                      <wp:wrapNone/>
                      <wp:docPr id="6" name="Conector rec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" cy="16319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A277A4" id="Conector recto 6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8.25pt,34.05pt" to="358.75pt,4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" strokecolor="black [3040]"/>
                  </w:pict>
                </mc:Fallback>
              </mc:AlternateContent>
            </w:r>
            <w:r w:rsidRPr="00991687">
              <w:rPr>
                <w:rFonts w:ascii="Consolas" w:hAnsi="Consolas"/>
                <w:noProof/>
                <w:sz w:val="18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137A0497" wp14:editId="56212971">
                      <wp:simplePos x="0" y="0"/>
                      <wp:positionH relativeFrom="column">
                        <wp:posOffset>3273425</wp:posOffset>
                      </wp:positionH>
                      <wp:positionV relativeFrom="paragraph">
                        <wp:posOffset>425450</wp:posOffset>
                      </wp:positionV>
                      <wp:extent cx="6350" cy="177165"/>
                      <wp:effectExtent l="0" t="0" r="31750" b="32385"/>
                      <wp:wrapNone/>
                      <wp:docPr id="5" name="Conector rec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350" cy="17716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89FAA5" id="Conector recto 5" o:spid="_x0000_s1026" style="position:absolute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7.75pt,33.5pt" to="258.25pt,4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" strokecolor="black [3040]"/>
                  </w:pict>
                </mc:Fallback>
              </mc:AlternateContent>
            </w:r>
            <w:r w:rsidRPr="00991687">
              <w:rPr>
                <w:rFonts w:ascii="Consolas" w:hAnsi="Consolas"/>
                <w:noProof/>
                <w:sz w:val="18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38272" behindDoc="0" locked="0" layoutInCell="1" allowOverlap="1" wp14:anchorId="5CAC1A32" wp14:editId="0BFEA479">
                      <wp:simplePos x="0" y="0"/>
                      <wp:positionH relativeFrom="column">
                        <wp:posOffset>3937000</wp:posOffset>
                      </wp:positionH>
                      <wp:positionV relativeFrom="paragraph">
                        <wp:posOffset>436880</wp:posOffset>
                      </wp:positionV>
                      <wp:extent cx="0" cy="149860"/>
                      <wp:effectExtent l="0" t="0" r="38100" b="21590"/>
                      <wp:wrapNone/>
                      <wp:docPr id="4" name="Conector rec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986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D60BA9" id="Conector recto 4" o:spid="_x0000_s1026" style="position:absolute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0pt,34.4pt" to="310pt,4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" strokecolor="black [3040]"/>
                  </w:pict>
                </mc:Fallback>
              </mc:AlternateContent>
            </w:r>
            <w:r w:rsidRPr="00991687">
              <w:rPr>
                <w:rFonts w:ascii="Consolas" w:hAnsi="Consolas"/>
                <w:noProof/>
                <w:sz w:val="18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0F7DBB9F" wp14:editId="25148E6D">
                      <wp:simplePos x="0" y="0"/>
                      <wp:positionH relativeFrom="column">
                        <wp:posOffset>1254514</wp:posOffset>
                      </wp:positionH>
                      <wp:positionV relativeFrom="paragraph">
                        <wp:posOffset>429980</wp:posOffset>
                      </wp:positionV>
                      <wp:extent cx="0" cy="150126"/>
                      <wp:effectExtent l="0" t="0" r="38100" b="21590"/>
                      <wp:wrapNone/>
                      <wp:docPr id="3" name="Conector rec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012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BF3B6C7" id="Conector recto 3" o:spid="_x0000_s1026" style="position:absolute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8.8pt,33.85pt" to="98.8pt,4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" strokecolor="black [3040]"/>
                  </w:pict>
                </mc:Fallback>
              </mc:AlternateContent>
            </w:r>
            <w:r w:rsidRPr="00991687">
              <w:rPr>
                <w:rFonts w:ascii="Consolas" w:hAnsi="Consolas"/>
                <w:noProof/>
                <w:sz w:val="18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132EF713" wp14:editId="5990DA53">
                      <wp:simplePos x="0" y="0"/>
                      <wp:positionH relativeFrom="column">
                        <wp:posOffset>1254514</wp:posOffset>
                      </wp:positionH>
                      <wp:positionV relativeFrom="paragraph">
                        <wp:posOffset>136553</wp:posOffset>
                      </wp:positionV>
                      <wp:extent cx="0" cy="156950"/>
                      <wp:effectExtent l="0" t="0" r="38100" b="33655"/>
                      <wp:wrapNone/>
                      <wp:docPr id="2" name="Conector rec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69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4D45DFC" id="Conector recto 2" o:spid="_x0000_s1026" style="position:absolute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8.8pt,10.75pt" to="98.8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" strokecolor="black [3040]"/>
                  </w:pict>
                </mc:Fallback>
              </mc:AlternateContent>
            </w:r>
            <w:r w:rsidRPr="00991687">
              <w:rPr>
                <w:rFonts w:ascii="Consolas" w:hAnsi="Consolas"/>
                <w:sz w:val="18"/>
                <w:lang w:val="es-ES"/>
              </w:rPr>
              <w:t xml:space="preserve">  Ordenador                                 Clúster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   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Disco                           Nodo 1    Nodo 2    Nodo 3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                             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archivos                         bloques   </w:t>
            </w:r>
            <w:proofErr w:type="spellStart"/>
            <w:r w:rsidRPr="00991687">
              <w:rPr>
                <w:rFonts w:ascii="Consolas" w:hAnsi="Consolas"/>
                <w:sz w:val="18"/>
                <w:lang w:val="es-ES"/>
              </w:rPr>
              <w:t>bloques</w:t>
            </w:r>
            <w:proofErr w:type="spellEnd"/>
            <w:r w:rsidRPr="00991687">
              <w:rPr>
                <w:rFonts w:ascii="Consolas" w:hAnsi="Consolas"/>
                <w:sz w:val="18"/>
                <w:lang w:val="es-ES"/>
              </w:rPr>
              <w:t xml:space="preserve">   </w:t>
            </w:r>
            <w:proofErr w:type="spellStart"/>
            <w:r w:rsidRPr="00991687">
              <w:rPr>
                <w:rFonts w:ascii="Consolas" w:hAnsi="Consolas"/>
                <w:sz w:val="18"/>
                <w:lang w:val="es-ES"/>
              </w:rPr>
              <w:t>bloques</w:t>
            </w:r>
            <w:proofErr w:type="spellEnd"/>
          </w:p>
        </w:tc>
      </w:tr>
    </w:tbl>
    <w:p w14:paraId="0B0240FC" w14:textId="77777777" w:rsidR="00176842" w:rsidRPr="00991687" w:rsidRDefault="00176842">
      <w:pPr>
        <w:spacing w:after="20"/>
        <w:rPr>
          <w:lang w:val="es-ES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176842" w:rsidRPr="00991687" w14:paraId="26CA7DBD" w14:textId="77777777">
        <w:trPr>
          <w:jc w:val="center"/>
        </w:trPr>
        <w:tc>
          <w:tcPr>
            <w:tcW w:w="9936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F2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083AF61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b/>
                <w:color w:val="1F4E79"/>
                <w:sz w:val="22"/>
                <w:lang w:val="es-ES"/>
              </w:rPr>
              <w:t>🔗</w:t>
            </w:r>
            <w:r w:rsidRPr="00991687">
              <w:rPr>
                <w:b/>
                <w:color w:val="1F4E79"/>
                <w:sz w:val="22"/>
                <w:lang w:val="es-ES"/>
              </w:rPr>
              <w:t xml:space="preserve"> Conexión con el tema anterior</w:t>
            </w:r>
          </w:p>
          <w:p w14:paraId="06EC000C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 xml:space="preserve">Igual que podemos distribuir el procesamiento entre varias máquinas, </w:t>
            </w:r>
            <w:r w:rsidRPr="00991687">
              <w:rPr>
                <w:sz w:val="19"/>
                <w:lang w:val="es-ES"/>
              </w:rPr>
              <w:t>también podemos distribuir el almacenamiento.</w:t>
            </w:r>
          </w:p>
        </w:tc>
      </w:tr>
    </w:tbl>
    <w:p w14:paraId="41468A09" w14:textId="13729791" w:rsidR="00150480" w:rsidRDefault="00150480">
      <w:pPr>
        <w:spacing w:after="40"/>
        <w:rPr>
          <w:lang w:val="es-ES"/>
        </w:rPr>
      </w:pPr>
    </w:p>
    <w:p w14:paraId="2E2D61F4" w14:textId="77777777" w:rsidR="00150480" w:rsidRDefault="00150480">
      <w:pPr>
        <w:spacing w:after="200" w:line="276" w:lineRule="auto"/>
        <w:rPr>
          <w:lang w:val="es-ES"/>
        </w:rPr>
      </w:pPr>
      <w:r>
        <w:rPr>
          <w:lang w:val="es-ES"/>
        </w:rPr>
        <w:br w:type="page"/>
      </w:r>
    </w:p>
    <w:p w14:paraId="4A2A54F5" w14:textId="77777777" w:rsidR="00176842" w:rsidRPr="00991687" w:rsidRDefault="000030E4">
      <w:pPr>
        <w:pStyle w:val="Ttulo1"/>
        <w:rPr>
          <w:lang w:val="es-ES"/>
        </w:rPr>
      </w:pPr>
      <w:bookmarkStart w:id="9" w:name="_Toc240535350"/>
      <w:r w:rsidRPr="00991687">
        <w:rPr>
          <w:lang w:val="es-ES"/>
        </w:rPr>
        <w:lastRenderedPageBreak/>
        <w:t>5. RAID: varios discos trabajando juntos</w:t>
      </w:r>
      <w:bookmarkEnd w:id="9"/>
    </w:p>
    <w:p w14:paraId="550A251A" w14:textId="77777777" w:rsidR="00176842" w:rsidRPr="00991687" w:rsidRDefault="000030E4">
      <w:pPr>
        <w:rPr>
          <w:lang w:val="es-ES"/>
        </w:rPr>
      </w:pPr>
      <w:r w:rsidRPr="00991687">
        <w:rPr>
          <w:lang w:val="es-ES"/>
        </w:rPr>
        <w:t>Antes de distribuir datos entre distintas máquinas, existe otra técnica muy habitual en servidores: combinar varios discos de una misma máquina o cabina. Esa técnica e</w:t>
      </w:r>
      <w:r w:rsidRPr="00991687">
        <w:rPr>
          <w:lang w:val="es-ES"/>
        </w:rPr>
        <w:t>s RAID.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176842" w:rsidRPr="00991687" w14:paraId="79605FD1" w14:textId="77777777">
        <w:trPr>
          <w:jc w:val="center"/>
        </w:trPr>
        <w:tc>
          <w:tcPr>
            <w:tcW w:w="9936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2F0D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13E3815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b/>
                <w:color w:val="1F4E79"/>
                <w:sz w:val="22"/>
                <w:lang w:val="es-ES"/>
              </w:rPr>
              <w:t>📌</w:t>
            </w:r>
            <w:r w:rsidRPr="00991687">
              <w:rPr>
                <w:b/>
                <w:color w:val="1F4E79"/>
                <w:sz w:val="22"/>
                <w:lang w:val="es-ES"/>
              </w:rPr>
              <w:t xml:space="preserve"> Definición</w:t>
            </w:r>
          </w:p>
          <w:p w14:paraId="4AFA24BE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RAID (</w:t>
            </w:r>
            <w:proofErr w:type="spellStart"/>
            <w:r w:rsidRPr="00991687">
              <w:rPr>
                <w:sz w:val="19"/>
                <w:lang w:val="es-ES"/>
              </w:rPr>
              <w:t>Redundant</w:t>
            </w:r>
            <w:proofErr w:type="spellEnd"/>
            <w:r w:rsidRPr="00991687">
              <w:rPr>
                <w:sz w:val="19"/>
                <w:lang w:val="es-ES"/>
              </w:rPr>
              <w:t xml:space="preserve"> Array </w:t>
            </w:r>
            <w:proofErr w:type="spellStart"/>
            <w:r w:rsidRPr="00991687">
              <w:rPr>
                <w:sz w:val="19"/>
                <w:lang w:val="es-ES"/>
              </w:rPr>
              <w:t>of</w:t>
            </w:r>
            <w:proofErr w:type="spellEnd"/>
            <w:r w:rsidRPr="00991687">
              <w:rPr>
                <w:sz w:val="19"/>
                <w:lang w:val="es-ES"/>
              </w:rPr>
              <w:t xml:space="preserve"> </w:t>
            </w:r>
            <w:proofErr w:type="spellStart"/>
            <w:r w:rsidRPr="00991687">
              <w:rPr>
                <w:sz w:val="19"/>
                <w:lang w:val="es-ES"/>
              </w:rPr>
              <w:t>Independent</w:t>
            </w:r>
            <w:proofErr w:type="spellEnd"/>
            <w:r w:rsidRPr="00991687">
              <w:rPr>
                <w:sz w:val="19"/>
                <w:lang w:val="es-ES"/>
              </w:rPr>
              <w:t xml:space="preserve"> Disks) combina varios discos para conseguir mayor rendimiento, mayor tolerancia a fallos o una combinación de ambos.</w:t>
            </w:r>
          </w:p>
        </w:tc>
      </w:tr>
    </w:tbl>
    <w:p w14:paraId="0148D595" w14:textId="77777777" w:rsidR="00176842" w:rsidRPr="00991687" w:rsidRDefault="00176842">
      <w:pPr>
        <w:spacing w:after="40"/>
        <w:rPr>
          <w:lang w:val="es-ES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176842" w:rsidRPr="00991687" w14:paraId="5BA59C00" w14:textId="77777777">
        <w:trPr>
          <w:jc w:val="center"/>
        </w:trPr>
        <w:tc>
          <w:tcPr>
            <w:tcW w:w="9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623663F5" w14:textId="6F9090A2" w:rsidR="00176842" w:rsidRPr="00991687" w:rsidRDefault="00C37B9E">
            <w:pPr>
              <w:spacing w:after="40"/>
              <w:jc w:val="center"/>
              <w:rPr>
                <w:lang w:val="es-ES"/>
              </w:rPr>
            </w:pPr>
            <w:r w:rsidRPr="00991687">
              <w:rPr>
                <w:rFonts w:ascii="Consolas" w:hAnsi="Consolas"/>
                <w:noProof/>
                <w:sz w:val="18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1" allowOverlap="1" wp14:anchorId="72189DB7" wp14:editId="42F87DF7">
                      <wp:simplePos x="0" y="0"/>
                      <wp:positionH relativeFrom="column">
                        <wp:posOffset>3070860</wp:posOffset>
                      </wp:positionH>
                      <wp:positionV relativeFrom="paragraph">
                        <wp:posOffset>106045</wp:posOffset>
                      </wp:positionV>
                      <wp:extent cx="0" cy="170180"/>
                      <wp:effectExtent l="76200" t="0" r="57150" b="58420"/>
                      <wp:wrapNone/>
                      <wp:docPr id="10" name="Conector recto de flecha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018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85E81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ctor recto de flecha 10" o:spid="_x0000_s1026" type="#_x0000_t32" style="position:absolute;margin-left:241.8pt;margin-top:8.35pt;width:0;height:13.4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" strokecolor="black [3040]">
                      <v:stroke endarrow="block"/>
                    </v:shape>
                  </w:pict>
                </mc:Fallback>
              </mc:AlternateContent>
            </w:r>
            <w:r w:rsidRPr="00991687">
              <w:rPr>
                <w:rFonts w:ascii="Consolas" w:hAnsi="Consolas"/>
                <w:noProof/>
                <w:sz w:val="18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22098AA4" wp14:editId="20A8B122">
                      <wp:simplePos x="0" y="0"/>
                      <wp:positionH relativeFrom="column">
                        <wp:posOffset>3072765</wp:posOffset>
                      </wp:positionH>
                      <wp:positionV relativeFrom="paragraph">
                        <wp:posOffset>437515</wp:posOffset>
                      </wp:positionV>
                      <wp:extent cx="135890" cy="108585"/>
                      <wp:effectExtent l="0" t="0" r="73660" b="62865"/>
                      <wp:wrapNone/>
                      <wp:docPr id="13" name="Conector recto de flecha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5890" cy="10858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7ABE20" id="Conector recto de flecha 13" o:spid="_x0000_s1026" type="#_x0000_t32" style="position:absolute;margin-left:241.95pt;margin-top:34.45pt;width:10.7pt;height:8.5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" strokecolor="black [3040]">
                      <v:stroke endarrow="block"/>
                    </v:shape>
                  </w:pict>
                </mc:Fallback>
              </mc:AlternateContent>
            </w:r>
            <w:r w:rsidRPr="00991687">
              <w:rPr>
                <w:rFonts w:ascii="Consolas" w:hAnsi="Consolas"/>
                <w:noProof/>
                <w:sz w:val="18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580EC99C" wp14:editId="02A02E69">
                      <wp:simplePos x="0" y="0"/>
                      <wp:positionH relativeFrom="column">
                        <wp:posOffset>3093085</wp:posOffset>
                      </wp:positionH>
                      <wp:positionV relativeFrom="paragraph">
                        <wp:posOffset>437515</wp:posOffset>
                      </wp:positionV>
                      <wp:extent cx="259080" cy="95250"/>
                      <wp:effectExtent l="0" t="0" r="83820" b="57150"/>
                      <wp:wrapNone/>
                      <wp:docPr id="14" name="Conector recto de flecha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9080" cy="952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7C7C7F" id="Conector recto de flecha 14" o:spid="_x0000_s1026" type="#_x0000_t32" style="position:absolute;margin-left:243.55pt;margin-top:34.45pt;width:20.4pt;height:7.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" strokecolor="black [3040]">
                      <v:stroke endarrow="block"/>
                    </v:shape>
                  </w:pict>
                </mc:Fallback>
              </mc:AlternateContent>
            </w:r>
            <w:r w:rsidRPr="00991687">
              <w:rPr>
                <w:rFonts w:ascii="Consolas" w:hAnsi="Consolas"/>
                <w:noProof/>
                <w:sz w:val="18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3B91F587" wp14:editId="2CE49E12">
                      <wp:simplePos x="0" y="0"/>
                      <wp:positionH relativeFrom="column">
                        <wp:posOffset>3043508</wp:posOffset>
                      </wp:positionH>
                      <wp:positionV relativeFrom="paragraph">
                        <wp:posOffset>439723</wp:posOffset>
                      </wp:positionV>
                      <wp:extent cx="26158" cy="136478"/>
                      <wp:effectExtent l="57150" t="0" r="69215" b="54610"/>
                      <wp:wrapNone/>
                      <wp:docPr id="12" name="Conector recto de flecha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6158" cy="136478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9BB45A4" id="Conector recto de flecha 12" o:spid="_x0000_s1026" type="#_x0000_t32" style="position:absolute;margin-left:239.65pt;margin-top:34.6pt;width:2.05pt;height:10.75pt;flip:x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" strokecolor="black [3040]">
                      <v:stroke endarrow="block"/>
                    </v:shape>
                  </w:pict>
                </mc:Fallback>
              </mc:AlternateContent>
            </w:r>
            <w:r w:rsidRPr="00991687">
              <w:rPr>
                <w:rFonts w:ascii="Consolas" w:hAnsi="Consolas"/>
                <w:noProof/>
                <w:sz w:val="18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25A4BFF8" wp14:editId="5205358F">
                      <wp:simplePos x="0" y="0"/>
                      <wp:positionH relativeFrom="column">
                        <wp:posOffset>2837654</wp:posOffset>
                      </wp:positionH>
                      <wp:positionV relativeFrom="paragraph">
                        <wp:posOffset>439723</wp:posOffset>
                      </wp:positionV>
                      <wp:extent cx="218364" cy="122830"/>
                      <wp:effectExtent l="38100" t="0" r="29845" b="48895"/>
                      <wp:wrapNone/>
                      <wp:docPr id="11" name="Conector recto de flecha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18364" cy="12283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396D794" id="Conector recto de flecha 11" o:spid="_x0000_s1026" type="#_x0000_t32" style="position:absolute;margin-left:223.45pt;margin-top:34.6pt;width:17.2pt;height:9.65pt;flip:x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" strokecolor="black [3040]">
                      <v:stroke endarrow="block"/>
                    </v:shape>
                  </w:pict>
                </mc:Fallback>
              </mc:AlternateContent>
            </w:r>
            <w:r w:rsidRPr="00991687">
              <w:rPr>
                <w:rFonts w:ascii="Consolas" w:hAnsi="Consolas"/>
                <w:sz w:val="18"/>
                <w:lang w:val="es-ES"/>
              </w:rPr>
              <w:t>Servidor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RAID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D1 D2 D3 D4</w:t>
            </w:r>
          </w:p>
        </w:tc>
      </w:tr>
    </w:tbl>
    <w:p w14:paraId="7B5E83D0" w14:textId="77777777" w:rsidR="00176842" w:rsidRDefault="00176842">
      <w:pPr>
        <w:spacing w:after="20"/>
        <w:rPr>
          <w:lang w:val="es-ES"/>
        </w:rPr>
      </w:pPr>
    </w:p>
    <w:p w14:paraId="73F3BE44" w14:textId="77777777" w:rsidR="00176842" w:rsidRPr="00991687" w:rsidRDefault="000030E4">
      <w:pPr>
        <w:pStyle w:val="Ttulo2"/>
        <w:rPr>
          <w:lang w:val="es-ES"/>
        </w:rPr>
      </w:pPr>
      <w:bookmarkStart w:id="10" w:name="_Toc240535351"/>
      <w:r w:rsidRPr="00991687">
        <w:rPr>
          <w:lang w:val="es-ES"/>
        </w:rPr>
        <w:t xml:space="preserve">5.1. Tres ideas previas: </w:t>
      </w:r>
      <w:proofErr w:type="spellStart"/>
      <w:r w:rsidRPr="00991687">
        <w:rPr>
          <w:lang w:val="es-ES"/>
        </w:rPr>
        <w:t>striping</w:t>
      </w:r>
      <w:proofErr w:type="spellEnd"/>
      <w:r w:rsidRPr="00991687">
        <w:rPr>
          <w:lang w:val="es-ES"/>
        </w:rPr>
        <w:t xml:space="preserve">, </w:t>
      </w:r>
      <w:r w:rsidRPr="00991687">
        <w:rPr>
          <w:lang w:val="es-ES"/>
        </w:rPr>
        <w:t>espejo y paridad</w:t>
      </w:r>
      <w:bookmarkEnd w:id="10"/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176842" w:rsidRPr="00991687" w14:paraId="5C136CAA" w14:textId="77777777">
        <w:trPr>
          <w:jc w:val="center"/>
        </w:trPr>
        <w:tc>
          <w:tcPr>
            <w:tcW w:w="3312" w:type="dxa"/>
            <w:shd w:val="clear" w:color="auto" w:fill="D9EAF7"/>
            <w:vAlign w:val="center"/>
          </w:tcPr>
          <w:p w14:paraId="68D732B5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Técnica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22C13B46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Qué hace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6A0BA705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Objetivo</w:t>
            </w:r>
          </w:p>
        </w:tc>
      </w:tr>
      <w:tr w:rsidR="00176842" w:rsidRPr="00991687" w14:paraId="093312C6" w14:textId="77777777">
        <w:trPr>
          <w:jc w:val="center"/>
        </w:trPr>
        <w:tc>
          <w:tcPr>
            <w:tcW w:w="3312" w:type="dxa"/>
            <w:vAlign w:val="center"/>
          </w:tcPr>
          <w:p w14:paraId="703CADA4" w14:textId="77777777" w:rsidR="00176842" w:rsidRPr="00991687" w:rsidRDefault="000030E4">
            <w:pPr>
              <w:spacing w:after="40"/>
              <w:rPr>
                <w:lang w:val="es-ES"/>
              </w:rPr>
            </w:pPr>
            <w:proofErr w:type="spellStart"/>
            <w:r w:rsidRPr="00991687">
              <w:rPr>
                <w:sz w:val="19"/>
                <w:lang w:val="es-ES"/>
              </w:rPr>
              <w:t>Striping</w:t>
            </w:r>
            <w:proofErr w:type="spellEnd"/>
          </w:p>
        </w:tc>
        <w:tc>
          <w:tcPr>
            <w:tcW w:w="3312" w:type="dxa"/>
            <w:vAlign w:val="center"/>
          </w:tcPr>
          <w:p w14:paraId="62DE5E64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Reparte bloques entre varios discos.</w:t>
            </w:r>
          </w:p>
        </w:tc>
        <w:tc>
          <w:tcPr>
            <w:tcW w:w="3312" w:type="dxa"/>
            <w:vAlign w:val="center"/>
          </w:tcPr>
          <w:p w14:paraId="07D81F3D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Aumentar rendimiento.</w:t>
            </w:r>
          </w:p>
        </w:tc>
      </w:tr>
      <w:tr w:rsidR="00176842" w:rsidRPr="00991687" w14:paraId="68AC4D06" w14:textId="77777777">
        <w:trPr>
          <w:jc w:val="center"/>
        </w:trPr>
        <w:tc>
          <w:tcPr>
            <w:tcW w:w="3312" w:type="dxa"/>
            <w:vAlign w:val="center"/>
          </w:tcPr>
          <w:p w14:paraId="0763DE78" w14:textId="77777777" w:rsidR="00176842" w:rsidRPr="00991687" w:rsidRDefault="000030E4">
            <w:pPr>
              <w:spacing w:after="40"/>
              <w:rPr>
                <w:lang w:val="es-ES"/>
              </w:rPr>
            </w:pPr>
            <w:proofErr w:type="spellStart"/>
            <w:r w:rsidRPr="00991687">
              <w:rPr>
                <w:sz w:val="19"/>
                <w:lang w:val="es-ES"/>
              </w:rPr>
              <w:t>Mirroring</w:t>
            </w:r>
            <w:proofErr w:type="spellEnd"/>
            <w:r w:rsidRPr="00991687">
              <w:rPr>
                <w:sz w:val="19"/>
                <w:lang w:val="es-ES"/>
              </w:rPr>
              <w:t xml:space="preserve"> o espejo</w:t>
            </w:r>
          </w:p>
        </w:tc>
        <w:tc>
          <w:tcPr>
            <w:tcW w:w="3312" w:type="dxa"/>
            <w:vAlign w:val="center"/>
          </w:tcPr>
          <w:p w14:paraId="1D5A5F56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Guarda copias idénticas en discos diferentes.</w:t>
            </w:r>
          </w:p>
        </w:tc>
        <w:tc>
          <w:tcPr>
            <w:tcW w:w="3312" w:type="dxa"/>
            <w:vAlign w:val="center"/>
          </w:tcPr>
          <w:p w14:paraId="2F08337F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Aumentar tolerancia a fallos.</w:t>
            </w:r>
          </w:p>
        </w:tc>
      </w:tr>
      <w:tr w:rsidR="00176842" w:rsidRPr="00991687" w14:paraId="5738CC2A" w14:textId="77777777">
        <w:trPr>
          <w:jc w:val="center"/>
        </w:trPr>
        <w:tc>
          <w:tcPr>
            <w:tcW w:w="3312" w:type="dxa"/>
            <w:vAlign w:val="center"/>
          </w:tcPr>
          <w:p w14:paraId="3513E0BB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Paridad</w:t>
            </w:r>
          </w:p>
        </w:tc>
        <w:tc>
          <w:tcPr>
            <w:tcW w:w="3312" w:type="dxa"/>
            <w:vAlign w:val="center"/>
          </w:tcPr>
          <w:p w14:paraId="56A141F2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 xml:space="preserve">Guarda información calculada que </w:t>
            </w:r>
            <w:r w:rsidRPr="00991687">
              <w:rPr>
                <w:sz w:val="19"/>
                <w:lang w:val="es-ES"/>
              </w:rPr>
              <w:t>permite reconstruir datos.</w:t>
            </w:r>
          </w:p>
        </w:tc>
        <w:tc>
          <w:tcPr>
            <w:tcW w:w="3312" w:type="dxa"/>
            <w:vAlign w:val="center"/>
          </w:tcPr>
          <w:p w14:paraId="036BBCDB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Conseguir redundancia usando menos espacio que un espejo completo.</w:t>
            </w:r>
          </w:p>
        </w:tc>
      </w:tr>
    </w:tbl>
    <w:p w14:paraId="38FD4059" w14:textId="77777777" w:rsidR="00176842" w:rsidRPr="00991687" w:rsidRDefault="000030E4">
      <w:pPr>
        <w:pStyle w:val="Ttulo2"/>
        <w:rPr>
          <w:lang w:val="es-ES"/>
        </w:rPr>
      </w:pPr>
      <w:bookmarkStart w:id="11" w:name="_Toc240535352"/>
      <w:r w:rsidRPr="00991687">
        <w:rPr>
          <w:lang w:val="es-ES"/>
        </w:rPr>
        <w:t xml:space="preserve">5.2. RAID 0 - </w:t>
      </w:r>
      <w:proofErr w:type="spellStart"/>
      <w:r w:rsidRPr="00991687">
        <w:rPr>
          <w:lang w:val="es-ES"/>
        </w:rPr>
        <w:t>striping</w:t>
      </w:r>
      <w:bookmarkEnd w:id="11"/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176842" w:rsidRPr="00991687" w14:paraId="4DA2FB98" w14:textId="77777777">
        <w:trPr>
          <w:jc w:val="center"/>
        </w:trPr>
        <w:tc>
          <w:tcPr>
            <w:tcW w:w="9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669A6F0C" w14:textId="77777777" w:rsidR="00176842" w:rsidRPr="00991687" w:rsidRDefault="000030E4">
            <w:pPr>
              <w:spacing w:after="40"/>
              <w:jc w:val="center"/>
              <w:rPr>
                <w:lang w:val="es-ES"/>
              </w:rPr>
            </w:pPr>
            <w:r w:rsidRPr="00991687">
              <w:rPr>
                <w:rFonts w:ascii="Consolas" w:hAnsi="Consolas"/>
                <w:sz w:val="18"/>
                <w:lang w:val="es-ES"/>
              </w:rPr>
              <w:t>Datos:   A   B   C   D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>Disco 1       Disco 2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A              B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C              D</w:t>
            </w:r>
          </w:p>
        </w:tc>
      </w:tr>
    </w:tbl>
    <w:p w14:paraId="009AE711" w14:textId="77777777" w:rsidR="00176842" w:rsidRPr="00991687" w:rsidRDefault="00176842">
      <w:pPr>
        <w:spacing w:after="20"/>
        <w:rPr>
          <w:lang w:val="es-ES"/>
        </w:rPr>
      </w:pPr>
    </w:p>
    <w:p w14:paraId="519F196B" w14:textId="77777777" w:rsidR="00176842" w:rsidRPr="00991687" w:rsidRDefault="000030E4">
      <w:pPr>
        <w:rPr>
          <w:lang w:val="es-ES"/>
        </w:rPr>
      </w:pPr>
      <w:r w:rsidRPr="00991687">
        <w:rPr>
          <w:lang w:val="es-ES"/>
        </w:rPr>
        <w:t xml:space="preserve">RAID 0 reparte los datos entre los discos. Al poder </w:t>
      </w:r>
      <w:r w:rsidRPr="00991687">
        <w:rPr>
          <w:lang w:val="es-ES"/>
        </w:rPr>
        <w:t>leer y escribir en varios discos a la vez, mejora el rendimiento. Sin embargo, no existe redundancia: si falla un disco, se pierde parte del conjunto de datos.</w:t>
      </w:r>
    </w:p>
    <w:p w14:paraId="5F9EF816" w14:textId="77777777" w:rsidR="00176842" w:rsidRPr="00991687" w:rsidRDefault="000030E4">
      <w:pPr>
        <w:pStyle w:val="Listaconvietas"/>
        <w:spacing w:after="40"/>
        <w:rPr>
          <w:lang w:val="es-ES"/>
        </w:rPr>
      </w:pPr>
      <w:r w:rsidRPr="00991687">
        <w:rPr>
          <w:lang w:val="es-ES"/>
        </w:rPr>
        <w:t>Mínimo: 2 discos.</w:t>
      </w:r>
    </w:p>
    <w:p w14:paraId="70A03D9B" w14:textId="77777777" w:rsidR="00176842" w:rsidRPr="00991687" w:rsidRDefault="000030E4">
      <w:pPr>
        <w:pStyle w:val="Listaconvietas"/>
        <w:spacing w:after="40"/>
        <w:rPr>
          <w:lang w:val="es-ES"/>
        </w:rPr>
      </w:pPr>
      <w:r w:rsidRPr="00991687">
        <w:rPr>
          <w:lang w:val="es-ES"/>
        </w:rPr>
        <w:t>Tolerancia a fallos: ninguna.</w:t>
      </w:r>
    </w:p>
    <w:p w14:paraId="4E684670" w14:textId="77777777" w:rsidR="00176842" w:rsidRPr="00991687" w:rsidRDefault="000030E4">
      <w:pPr>
        <w:pStyle w:val="Listaconvietas"/>
        <w:spacing w:after="40"/>
        <w:rPr>
          <w:lang w:val="es-ES"/>
        </w:rPr>
      </w:pPr>
      <w:r w:rsidRPr="00991687">
        <w:rPr>
          <w:lang w:val="es-ES"/>
        </w:rPr>
        <w:t>Capacidad útil: suma de todos los discos.</w:t>
      </w:r>
    </w:p>
    <w:p w14:paraId="11631C85" w14:textId="77777777" w:rsidR="00176842" w:rsidRPr="00991687" w:rsidRDefault="000030E4">
      <w:pPr>
        <w:pStyle w:val="Listaconvietas"/>
        <w:spacing w:after="40"/>
        <w:rPr>
          <w:lang w:val="es-ES"/>
        </w:rPr>
      </w:pPr>
      <w:r w:rsidRPr="00991687">
        <w:rPr>
          <w:lang w:val="es-ES"/>
        </w:rPr>
        <w:t>Uso tí</w:t>
      </w:r>
      <w:r w:rsidRPr="00991687">
        <w:rPr>
          <w:lang w:val="es-ES"/>
        </w:rPr>
        <w:t>pico: situaciones donde prima el rendimiento y la pérdida de datos no es crítica o existe otra protección.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176842" w:rsidRPr="00991687" w14:paraId="14FD26AF" w14:textId="77777777">
        <w:trPr>
          <w:jc w:val="center"/>
        </w:trPr>
        <w:tc>
          <w:tcPr>
            <w:tcW w:w="9936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FCE4D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249C806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b/>
                <w:color w:val="1F4E79"/>
                <w:sz w:val="22"/>
                <w:lang w:val="es-ES"/>
              </w:rPr>
              <w:t>⚠</w:t>
            </w:r>
            <w:r w:rsidRPr="00991687">
              <w:rPr>
                <w:b/>
                <w:color w:val="1F4E79"/>
                <w:sz w:val="22"/>
                <w:lang w:val="es-ES"/>
              </w:rPr>
              <w:t>️</w:t>
            </w:r>
            <w:r w:rsidRPr="00991687">
              <w:rPr>
                <w:b/>
                <w:color w:val="1F4E79"/>
                <w:sz w:val="22"/>
                <w:lang w:val="es-ES"/>
              </w:rPr>
              <w:t xml:space="preserve"> Frase para recordar</w:t>
            </w:r>
          </w:p>
          <w:p w14:paraId="038B6061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RAID 0 = rápido, pero sin seguridad.</w:t>
            </w:r>
          </w:p>
        </w:tc>
      </w:tr>
    </w:tbl>
    <w:p w14:paraId="4EC1B8F4" w14:textId="77777777" w:rsidR="00176842" w:rsidRPr="00991687" w:rsidRDefault="00176842">
      <w:pPr>
        <w:spacing w:after="40"/>
        <w:rPr>
          <w:lang w:val="es-ES"/>
        </w:rPr>
      </w:pPr>
    </w:p>
    <w:p w14:paraId="78E13703" w14:textId="77777777" w:rsidR="00176842" w:rsidRPr="00991687" w:rsidRDefault="000030E4">
      <w:pPr>
        <w:pStyle w:val="Ttulo2"/>
        <w:rPr>
          <w:lang w:val="es-ES"/>
        </w:rPr>
      </w:pPr>
      <w:bookmarkStart w:id="12" w:name="_Toc240535353"/>
      <w:r w:rsidRPr="00991687">
        <w:rPr>
          <w:lang w:val="es-ES"/>
        </w:rPr>
        <w:lastRenderedPageBreak/>
        <w:t>5.3. RAID 1 - espejo</w:t>
      </w:r>
      <w:bookmarkEnd w:id="12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176842" w:rsidRPr="00991687" w14:paraId="25764541" w14:textId="77777777">
        <w:trPr>
          <w:jc w:val="center"/>
        </w:trPr>
        <w:tc>
          <w:tcPr>
            <w:tcW w:w="9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73086E24" w14:textId="77777777" w:rsidR="00176842" w:rsidRPr="00991687" w:rsidRDefault="000030E4">
            <w:pPr>
              <w:spacing w:after="40"/>
              <w:jc w:val="center"/>
              <w:rPr>
                <w:lang w:val="es-ES"/>
              </w:rPr>
            </w:pPr>
            <w:r w:rsidRPr="00991687">
              <w:rPr>
                <w:rFonts w:ascii="Consolas" w:hAnsi="Consolas"/>
                <w:sz w:val="18"/>
                <w:lang w:val="es-ES"/>
              </w:rPr>
              <w:t>Disco 1       Disco 2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A              </w:t>
            </w:r>
            <w:proofErr w:type="spellStart"/>
            <w:r w:rsidRPr="00991687">
              <w:rPr>
                <w:rFonts w:ascii="Consolas" w:hAnsi="Consolas"/>
                <w:sz w:val="18"/>
                <w:lang w:val="es-ES"/>
              </w:rPr>
              <w:t>A</w:t>
            </w:r>
            <w:proofErr w:type="spellEnd"/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B              </w:t>
            </w:r>
            <w:proofErr w:type="spellStart"/>
            <w:r w:rsidRPr="00991687">
              <w:rPr>
                <w:rFonts w:ascii="Consolas" w:hAnsi="Consolas"/>
                <w:sz w:val="18"/>
                <w:lang w:val="es-ES"/>
              </w:rPr>
              <w:t>B</w:t>
            </w:r>
            <w:proofErr w:type="spellEnd"/>
            <w:r w:rsidRPr="00991687">
              <w:rPr>
                <w:rFonts w:ascii="Consolas" w:hAnsi="Consolas"/>
                <w:sz w:val="18"/>
                <w:lang w:val="es-ES"/>
              </w:rPr>
              <w:br/>
            </w:r>
            <w:r w:rsidRPr="00991687">
              <w:rPr>
                <w:rFonts w:ascii="Consolas" w:hAnsi="Consolas"/>
                <w:sz w:val="18"/>
                <w:lang w:val="es-ES"/>
              </w:rPr>
              <w:t xml:space="preserve">  C              </w:t>
            </w:r>
            <w:proofErr w:type="spellStart"/>
            <w:r w:rsidRPr="00991687">
              <w:rPr>
                <w:rFonts w:ascii="Consolas" w:hAnsi="Consolas"/>
                <w:sz w:val="18"/>
                <w:lang w:val="es-ES"/>
              </w:rPr>
              <w:t>C</w:t>
            </w:r>
            <w:proofErr w:type="spellEnd"/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D              </w:t>
            </w:r>
            <w:proofErr w:type="spellStart"/>
            <w:r w:rsidRPr="00991687">
              <w:rPr>
                <w:rFonts w:ascii="Consolas" w:hAnsi="Consolas"/>
                <w:sz w:val="18"/>
                <w:lang w:val="es-ES"/>
              </w:rPr>
              <w:t>D</w:t>
            </w:r>
            <w:proofErr w:type="spellEnd"/>
          </w:p>
        </w:tc>
      </w:tr>
    </w:tbl>
    <w:p w14:paraId="454B90ED" w14:textId="77777777" w:rsidR="00176842" w:rsidRPr="00991687" w:rsidRDefault="00176842">
      <w:pPr>
        <w:spacing w:after="20"/>
        <w:rPr>
          <w:lang w:val="es-ES"/>
        </w:rPr>
      </w:pPr>
    </w:p>
    <w:p w14:paraId="7F03A46B" w14:textId="77777777" w:rsidR="00176842" w:rsidRPr="00991687" w:rsidRDefault="000030E4">
      <w:pPr>
        <w:rPr>
          <w:lang w:val="es-ES"/>
        </w:rPr>
      </w:pPr>
      <w:r w:rsidRPr="00991687">
        <w:rPr>
          <w:lang w:val="es-ES"/>
        </w:rPr>
        <w:t>RAID 1 guarda una copia idéntica de los datos en otro disco. Si uno falla, la información sigue disponible en el otro.</w:t>
      </w:r>
    </w:p>
    <w:p w14:paraId="49C79249" w14:textId="77777777" w:rsidR="00176842" w:rsidRPr="00991687" w:rsidRDefault="000030E4">
      <w:pPr>
        <w:pStyle w:val="Listaconvietas"/>
        <w:spacing w:after="40"/>
        <w:rPr>
          <w:lang w:val="es-ES"/>
        </w:rPr>
      </w:pPr>
      <w:r w:rsidRPr="00991687">
        <w:rPr>
          <w:lang w:val="es-ES"/>
        </w:rPr>
        <w:t>Mínimo: 2 discos.</w:t>
      </w:r>
    </w:p>
    <w:p w14:paraId="0843C647" w14:textId="77777777" w:rsidR="00176842" w:rsidRPr="00991687" w:rsidRDefault="000030E4">
      <w:pPr>
        <w:pStyle w:val="Listaconvietas"/>
        <w:spacing w:after="40"/>
        <w:rPr>
          <w:lang w:val="es-ES"/>
        </w:rPr>
      </w:pPr>
      <w:r w:rsidRPr="00991687">
        <w:rPr>
          <w:lang w:val="es-ES"/>
        </w:rPr>
        <w:t>Tolerancia a fallos: normalmente un disco del espejo.</w:t>
      </w:r>
    </w:p>
    <w:p w14:paraId="2B1A3769" w14:textId="77777777" w:rsidR="00176842" w:rsidRPr="00991687" w:rsidRDefault="000030E4">
      <w:pPr>
        <w:pStyle w:val="Listaconvietas"/>
        <w:spacing w:after="40"/>
        <w:rPr>
          <w:lang w:val="es-ES"/>
        </w:rPr>
      </w:pPr>
      <w:r w:rsidRPr="00991687">
        <w:rPr>
          <w:lang w:val="es-ES"/>
        </w:rPr>
        <w:t>Capacidad útil: aproximad</w:t>
      </w:r>
      <w:r w:rsidRPr="00991687">
        <w:rPr>
          <w:lang w:val="es-ES"/>
        </w:rPr>
        <w:t>amente el 50 % del espacio físico.</w:t>
      </w:r>
    </w:p>
    <w:p w14:paraId="27CC71AA" w14:textId="77777777" w:rsidR="00176842" w:rsidRDefault="000030E4">
      <w:pPr>
        <w:pStyle w:val="Listaconvietas"/>
        <w:spacing w:after="40"/>
        <w:rPr>
          <w:lang w:val="es-ES"/>
        </w:rPr>
      </w:pPr>
      <w:r w:rsidRPr="00991687">
        <w:rPr>
          <w:lang w:val="es-ES"/>
        </w:rPr>
        <w:t>Ventaja: sencillez y buena disponibilidad.</w:t>
      </w:r>
    </w:p>
    <w:p w14:paraId="61ADF141" w14:textId="77777777" w:rsidR="00045CF1" w:rsidRPr="00991687" w:rsidRDefault="00045CF1" w:rsidP="00045CF1">
      <w:pPr>
        <w:pStyle w:val="Listaconvietas"/>
        <w:numPr>
          <w:ilvl w:val="0"/>
          <w:numId w:val="0"/>
        </w:numPr>
        <w:spacing w:after="40"/>
        <w:ind w:left="360"/>
        <w:rPr>
          <w:lang w:val="es-ES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176842" w:rsidRPr="00991687" w14:paraId="5B89FBC4" w14:textId="77777777">
        <w:trPr>
          <w:jc w:val="center"/>
        </w:trPr>
        <w:tc>
          <w:tcPr>
            <w:tcW w:w="9936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2F0D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9315B46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b/>
                <w:color w:val="1F4E79"/>
                <w:sz w:val="22"/>
                <w:lang w:val="es-ES"/>
              </w:rPr>
              <w:t>🪞</w:t>
            </w:r>
            <w:r w:rsidRPr="00991687">
              <w:rPr>
                <w:b/>
                <w:color w:val="1F4E79"/>
                <w:sz w:val="22"/>
                <w:lang w:val="es-ES"/>
              </w:rPr>
              <w:t xml:space="preserve"> Frase para recordar</w:t>
            </w:r>
          </w:p>
          <w:p w14:paraId="25878870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RAID 1 = todo duplicado.</w:t>
            </w:r>
          </w:p>
        </w:tc>
      </w:tr>
    </w:tbl>
    <w:p w14:paraId="578C6831" w14:textId="77777777" w:rsidR="00176842" w:rsidRPr="00991687" w:rsidRDefault="00176842">
      <w:pPr>
        <w:spacing w:after="40"/>
        <w:rPr>
          <w:lang w:val="es-ES"/>
        </w:rPr>
      </w:pPr>
    </w:p>
    <w:p w14:paraId="4085FF69" w14:textId="77777777" w:rsidR="00176842" w:rsidRPr="00991687" w:rsidRDefault="000030E4">
      <w:pPr>
        <w:pStyle w:val="Ttulo2"/>
        <w:rPr>
          <w:lang w:val="es-ES"/>
        </w:rPr>
      </w:pPr>
      <w:bookmarkStart w:id="13" w:name="_Toc240535354"/>
      <w:r w:rsidRPr="00991687">
        <w:rPr>
          <w:lang w:val="es-ES"/>
        </w:rPr>
        <w:t xml:space="preserve">5.4. RAID 5 - </w:t>
      </w:r>
      <w:proofErr w:type="spellStart"/>
      <w:r w:rsidRPr="00991687">
        <w:rPr>
          <w:lang w:val="es-ES"/>
        </w:rPr>
        <w:t>striping</w:t>
      </w:r>
      <w:proofErr w:type="spellEnd"/>
      <w:r w:rsidRPr="00991687">
        <w:rPr>
          <w:lang w:val="es-ES"/>
        </w:rPr>
        <w:t xml:space="preserve"> con paridad distribuida</w:t>
      </w:r>
      <w:bookmarkEnd w:id="13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176842" w:rsidRPr="00991687" w14:paraId="08DD7C39" w14:textId="77777777">
        <w:trPr>
          <w:jc w:val="center"/>
        </w:trPr>
        <w:tc>
          <w:tcPr>
            <w:tcW w:w="9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6FA4304A" w14:textId="77777777" w:rsidR="00176842" w:rsidRPr="00991687" w:rsidRDefault="000030E4">
            <w:pPr>
              <w:spacing w:after="40"/>
              <w:jc w:val="center"/>
              <w:rPr>
                <w:lang w:val="es-ES"/>
              </w:rPr>
            </w:pPr>
            <w:r w:rsidRPr="00991687">
              <w:rPr>
                <w:rFonts w:ascii="Consolas" w:hAnsi="Consolas"/>
                <w:sz w:val="18"/>
                <w:lang w:val="es-ES"/>
              </w:rPr>
              <w:t>Disco 1      Disco 2      Disco 3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A             B             P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</w:r>
            <w:r w:rsidRPr="00991687">
              <w:rPr>
                <w:rFonts w:ascii="Consolas" w:hAnsi="Consolas"/>
                <w:sz w:val="18"/>
                <w:lang w:val="es-ES"/>
              </w:rPr>
              <w:t xml:space="preserve">   C             P             D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P             E             F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>P = información de paridad</w:t>
            </w:r>
          </w:p>
        </w:tc>
      </w:tr>
    </w:tbl>
    <w:p w14:paraId="33F35B91" w14:textId="77777777" w:rsidR="00176842" w:rsidRPr="00991687" w:rsidRDefault="00176842">
      <w:pPr>
        <w:spacing w:after="20"/>
        <w:rPr>
          <w:lang w:val="es-ES"/>
        </w:rPr>
      </w:pPr>
    </w:p>
    <w:p w14:paraId="1A0CA0BF" w14:textId="77777777" w:rsidR="00176842" w:rsidRPr="00991687" w:rsidRDefault="000030E4">
      <w:pPr>
        <w:rPr>
          <w:lang w:val="es-ES"/>
        </w:rPr>
      </w:pPr>
      <w:r w:rsidRPr="00991687">
        <w:rPr>
          <w:lang w:val="es-ES"/>
        </w:rPr>
        <w:t>RAID 5 distribuye tanto los datos como la paridad entre los discos. La paridad permite reconstruir la información si falla un disco.</w:t>
      </w:r>
    </w:p>
    <w:p w14:paraId="717F7568" w14:textId="77777777" w:rsidR="00176842" w:rsidRPr="00991687" w:rsidRDefault="000030E4">
      <w:pPr>
        <w:pStyle w:val="Listaconvietas"/>
        <w:spacing w:after="40"/>
        <w:rPr>
          <w:lang w:val="es-ES"/>
        </w:rPr>
      </w:pPr>
      <w:r w:rsidRPr="00991687">
        <w:rPr>
          <w:lang w:val="es-ES"/>
        </w:rPr>
        <w:t>Mínimo: 3 discos.</w:t>
      </w:r>
    </w:p>
    <w:p w14:paraId="41C8158F" w14:textId="77777777" w:rsidR="00176842" w:rsidRPr="00991687" w:rsidRDefault="000030E4">
      <w:pPr>
        <w:pStyle w:val="Listaconvietas"/>
        <w:spacing w:after="40"/>
        <w:rPr>
          <w:lang w:val="es-ES"/>
        </w:rPr>
      </w:pPr>
      <w:r w:rsidRPr="00991687">
        <w:rPr>
          <w:lang w:val="es-ES"/>
        </w:rPr>
        <w:t>Toleranci</w:t>
      </w:r>
      <w:r w:rsidRPr="00991687">
        <w:rPr>
          <w:lang w:val="es-ES"/>
        </w:rPr>
        <w:t>a a fallos: 1 disco.</w:t>
      </w:r>
    </w:p>
    <w:p w14:paraId="33EFF5AD" w14:textId="77777777" w:rsidR="00176842" w:rsidRPr="00991687" w:rsidRDefault="000030E4">
      <w:pPr>
        <w:pStyle w:val="Listaconvietas"/>
        <w:spacing w:after="40"/>
        <w:rPr>
          <w:lang w:val="es-ES"/>
        </w:rPr>
      </w:pPr>
      <w:r w:rsidRPr="00991687">
        <w:rPr>
          <w:lang w:val="es-ES"/>
        </w:rPr>
        <w:t>Capacidad útil: (n - 1) × tamaño del disco más pequeño.</w:t>
      </w:r>
    </w:p>
    <w:p w14:paraId="17B0C8D0" w14:textId="77777777" w:rsidR="00176842" w:rsidRPr="00991687" w:rsidRDefault="000030E4">
      <w:pPr>
        <w:pStyle w:val="Listaconvietas"/>
        <w:spacing w:after="40"/>
        <w:rPr>
          <w:lang w:val="es-ES"/>
        </w:rPr>
      </w:pPr>
      <w:r w:rsidRPr="00991687">
        <w:rPr>
          <w:lang w:val="es-ES"/>
        </w:rPr>
        <w:t>Buen equilibrio entre capacidad, rendimiento y redundancia.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176842" w:rsidRPr="00991687" w14:paraId="702B5514" w14:textId="77777777">
        <w:trPr>
          <w:jc w:val="center"/>
        </w:trPr>
        <w:tc>
          <w:tcPr>
            <w:tcW w:w="9936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FFF2C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4149AAB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b/>
                <w:color w:val="1F4E79"/>
                <w:sz w:val="22"/>
                <w:lang w:val="es-ES"/>
              </w:rPr>
              <w:t>🧮</w:t>
            </w:r>
            <w:r w:rsidRPr="00991687">
              <w:rPr>
                <w:b/>
                <w:color w:val="1F4E79"/>
                <w:sz w:val="22"/>
                <w:lang w:val="es-ES"/>
              </w:rPr>
              <w:t xml:space="preserve"> Ejemplo</w:t>
            </w:r>
          </w:p>
          <w:p w14:paraId="557E7A6C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3 discos de 2 TB → 6 TB físicos → aproximadamente 4 TB útiles en RAID 5.</w:t>
            </w:r>
          </w:p>
        </w:tc>
      </w:tr>
    </w:tbl>
    <w:p w14:paraId="496BC3EC" w14:textId="77777777" w:rsidR="00176842" w:rsidRPr="00991687" w:rsidRDefault="00176842">
      <w:pPr>
        <w:spacing w:after="40"/>
        <w:rPr>
          <w:lang w:val="es-ES"/>
        </w:rPr>
      </w:pPr>
    </w:p>
    <w:p w14:paraId="4647FEB0" w14:textId="77777777" w:rsidR="00176842" w:rsidRPr="00991687" w:rsidRDefault="000030E4">
      <w:pPr>
        <w:pStyle w:val="Ttulo2"/>
        <w:rPr>
          <w:lang w:val="es-ES"/>
        </w:rPr>
      </w:pPr>
      <w:bookmarkStart w:id="14" w:name="_Toc240535355"/>
      <w:r w:rsidRPr="00991687">
        <w:rPr>
          <w:lang w:val="es-ES"/>
        </w:rPr>
        <w:t>5.5. RAID 6 - doble paridad</w:t>
      </w:r>
      <w:bookmarkEnd w:id="14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176842" w:rsidRPr="00991687" w14:paraId="2387D479" w14:textId="77777777">
        <w:trPr>
          <w:jc w:val="center"/>
        </w:trPr>
        <w:tc>
          <w:tcPr>
            <w:tcW w:w="9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53028A7E" w14:textId="77777777" w:rsidR="00176842" w:rsidRPr="00991687" w:rsidRDefault="000030E4">
            <w:pPr>
              <w:spacing w:after="40"/>
              <w:jc w:val="center"/>
              <w:rPr>
                <w:lang w:val="es-ES"/>
              </w:rPr>
            </w:pPr>
            <w:r w:rsidRPr="00991687">
              <w:rPr>
                <w:rFonts w:ascii="Consolas" w:hAnsi="Consolas"/>
                <w:sz w:val="18"/>
                <w:lang w:val="es-ES"/>
              </w:rPr>
              <w:t>Disco</w:t>
            </w:r>
            <w:r w:rsidRPr="00991687">
              <w:rPr>
                <w:rFonts w:ascii="Consolas" w:hAnsi="Consolas"/>
                <w:sz w:val="18"/>
                <w:lang w:val="es-ES"/>
              </w:rPr>
              <w:t xml:space="preserve"> 1      Disco 2      Disco 3      Disco 4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A             B             P             Q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C             P             Q             D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P             Q             E             F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>P y Q = dos informaciones de paridad independientes</w:t>
            </w:r>
          </w:p>
        </w:tc>
      </w:tr>
    </w:tbl>
    <w:p w14:paraId="2CEEF17C" w14:textId="77777777" w:rsidR="00176842" w:rsidRPr="00991687" w:rsidRDefault="00176842">
      <w:pPr>
        <w:spacing w:after="20"/>
        <w:rPr>
          <w:lang w:val="es-ES"/>
        </w:rPr>
      </w:pPr>
    </w:p>
    <w:p w14:paraId="65B2FF7B" w14:textId="496AED7B" w:rsidR="00176842" w:rsidRPr="00991687" w:rsidRDefault="000030E4">
      <w:pPr>
        <w:rPr>
          <w:lang w:val="es-ES"/>
        </w:rPr>
      </w:pPr>
      <w:r w:rsidRPr="00991687">
        <w:rPr>
          <w:lang w:val="es-ES"/>
        </w:rPr>
        <w:t>RAID 6 utiliza dob</w:t>
      </w:r>
      <w:r w:rsidRPr="00991687">
        <w:rPr>
          <w:lang w:val="es-ES"/>
        </w:rPr>
        <w:t xml:space="preserve">le paridad. Puede seguir </w:t>
      </w:r>
      <w:r w:rsidR="006F6214" w:rsidRPr="00991687">
        <w:rPr>
          <w:lang w:val="es-ES"/>
        </w:rPr>
        <w:t>funcionando,</w:t>
      </w:r>
      <w:r w:rsidRPr="00991687">
        <w:rPr>
          <w:lang w:val="es-ES"/>
        </w:rPr>
        <w:t xml:space="preserve"> aunque fallen dos discos, a cambio de dedicar más capacidad a redundancia y realizar escrituras más costosas.</w:t>
      </w:r>
    </w:p>
    <w:p w14:paraId="1EFFFEEE" w14:textId="77777777" w:rsidR="00176842" w:rsidRPr="00991687" w:rsidRDefault="000030E4">
      <w:pPr>
        <w:pStyle w:val="Listaconvietas"/>
        <w:spacing w:after="40"/>
        <w:rPr>
          <w:lang w:val="es-ES"/>
        </w:rPr>
      </w:pPr>
      <w:r w:rsidRPr="00991687">
        <w:rPr>
          <w:lang w:val="es-ES"/>
        </w:rPr>
        <w:t>Mínimo: 4 discos.</w:t>
      </w:r>
    </w:p>
    <w:p w14:paraId="5DE3C3DB" w14:textId="77777777" w:rsidR="00176842" w:rsidRPr="00991687" w:rsidRDefault="000030E4">
      <w:pPr>
        <w:pStyle w:val="Listaconvietas"/>
        <w:spacing w:after="40"/>
        <w:rPr>
          <w:lang w:val="es-ES"/>
        </w:rPr>
      </w:pPr>
      <w:r w:rsidRPr="00991687">
        <w:rPr>
          <w:lang w:val="es-ES"/>
        </w:rPr>
        <w:t>Tolerancia a fallos: 2 discos.</w:t>
      </w:r>
    </w:p>
    <w:p w14:paraId="05DD88C5" w14:textId="77777777" w:rsidR="00176842" w:rsidRPr="00991687" w:rsidRDefault="000030E4">
      <w:pPr>
        <w:pStyle w:val="Listaconvietas"/>
        <w:spacing w:after="40"/>
        <w:rPr>
          <w:lang w:val="es-ES"/>
        </w:rPr>
      </w:pPr>
      <w:r w:rsidRPr="00991687">
        <w:rPr>
          <w:lang w:val="es-ES"/>
        </w:rPr>
        <w:t>Capacidad útil: (n - 2) × tamaño del disco más pequeño.</w:t>
      </w:r>
    </w:p>
    <w:p w14:paraId="1ED4A9BC" w14:textId="77777777" w:rsidR="00176842" w:rsidRDefault="000030E4">
      <w:pPr>
        <w:pStyle w:val="Listaconvietas"/>
        <w:spacing w:after="40"/>
        <w:rPr>
          <w:lang w:val="es-ES"/>
        </w:rPr>
      </w:pPr>
      <w:r w:rsidRPr="00991687">
        <w:rPr>
          <w:lang w:val="es-ES"/>
        </w:rPr>
        <w:t>Adecuado cuando se necesita mayor protección frente a fallos simultáneos.</w:t>
      </w:r>
    </w:p>
    <w:p w14:paraId="5F8065AA" w14:textId="77777777" w:rsidR="00176842" w:rsidRPr="00991687" w:rsidRDefault="000030E4">
      <w:pPr>
        <w:pStyle w:val="Ttulo2"/>
        <w:rPr>
          <w:lang w:val="es-ES"/>
        </w:rPr>
      </w:pPr>
      <w:bookmarkStart w:id="15" w:name="_Toc240535356"/>
      <w:bookmarkStart w:id="16" w:name="_GoBack"/>
      <w:bookmarkEnd w:id="16"/>
      <w:r w:rsidRPr="00991687">
        <w:rPr>
          <w:lang w:val="es-ES"/>
        </w:rPr>
        <w:t xml:space="preserve">5.6. RAID 10 - espejo + </w:t>
      </w:r>
      <w:proofErr w:type="spellStart"/>
      <w:r w:rsidRPr="00991687">
        <w:rPr>
          <w:lang w:val="es-ES"/>
        </w:rPr>
        <w:t>striping</w:t>
      </w:r>
      <w:bookmarkEnd w:id="15"/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176842" w:rsidRPr="00991687" w14:paraId="4CCA5056" w14:textId="77777777">
        <w:trPr>
          <w:jc w:val="center"/>
        </w:trPr>
        <w:tc>
          <w:tcPr>
            <w:tcW w:w="9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5BC918D3" w14:textId="77777777" w:rsidR="00176842" w:rsidRPr="00991687" w:rsidRDefault="000030E4">
            <w:pPr>
              <w:spacing w:after="40"/>
              <w:jc w:val="center"/>
              <w:rPr>
                <w:lang w:val="es-ES"/>
              </w:rPr>
            </w:pPr>
            <w:r w:rsidRPr="00991687">
              <w:rPr>
                <w:rFonts w:ascii="Consolas" w:hAnsi="Consolas"/>
                <w:sz w:val="18"/>
                <w:lang w:val="es-ES"/>
              </w:rPr>
              <w:t xml:space="preserve">        ESPEJO                    </w:t>
            </w:r>
            <w:proofErr w:type="spellStart"/>
            <w:r w:rsidRPr="00991687">
              <w:rPr>
                <w:rFonts w:ascii="Consolas" w:hAnsi="Consolas"/>
                <w:sz w:val="18"/>
                <w:lang w:val="es-ES"/>
              </w:rPr>
              <w:t>ESPEJO</w:t>
            </w:r>
            <w:proofErr w:type="spellEnd"/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  ┌──────────┐              ┌──────────┐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  ▼          ▼              ▼          ▼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Disco 1    Disc</w:t>
            </w:r>
            <w:r w:rsidRPr="00991687">
              <w:rPr>
                <w:rFonts w:ascii="Consolas" w:hAnsi="Consolas"/>
                <w:sz w:val="18"/>
                <w:lang w:val="es-ES"/>
              </w:rPr>
              <w:t>o 2        Disco 3    Disco 4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  A          </w:t>
            </w:r>
            <w:proofErr w:type="spellStart"/>
            <w:r w:rsidRPr="00991687">
              <w:rPr>
                <w:rFonts w:ascii="Consolas" w:hAnsi="Consolas"/>
                <w:sz w:val="18"/>
                <w:lang w:val="es-ES"/>
              </w:rPr>
              <w:t>A</w:t>
            </w:r>
            <w:proofErr w:type="spellEnd"/>
            <w:r w:rsidRPr="00991687">
              <w:rPr>
                <w:rFonts w:ascii="Consolas" w:hAnsi="Consolas"/>
                <w:sz w:val="18"/>
                <w:lang w:val="es-ES"/>
              </w:rPr>
              <w:t xml:space="preserve">              B          </w:t>
            </w:r>
            <w:proofErr w:type="spellStart"/>
            <w:r w:rsidRPr="00991687">
              <w:rPr>
                <w:rFonts w:ascii="Consolas" w:hAnsi="Consolas"/>
                <w:sz w:val="18"/>
                <w:lang w:val="es-ES"/>
              </w:rPr>
              <w:t>B</w:t>
            </w:r>
            <w:proofErr w:type="spellEnd"/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  C          </w:t>
            </w:r>
            <w:proofErr w:type="spellStart"/>
            <w:r w:rsidRPr="00991687">
              <w:rPr>
                <w:rFonts w:ascii="Consolas" w:hAnsi="Consolas"/>
                <w:sz w:val="18"/>
                <w:lang w:val="es-ES"/>
              </w:rPr>
              <w:t>C</w:t>
            </w:r>
            <w:proofErr w:type="spellEnd"/>
            <w:r w:rsidRPr="00991687">
              <w:rPr>
                <w:rFonts w:ascii="Consolas" w:hAnsi="Consolas"/>
                <w:sz w:val="18"/>
                <w:lang w:val="es-ES"/>
              </w:rPr>
              <w:t xml:space="preserve">              D          </w:t>
            </w:r>
            <w:proofErr w:type="spellStart"/>
            <w:r w:rsidRPr="00991687">
              <w:rPr>
                <w:rFonts w:ascii="Consolas" w:hAnsi="Consolas"/>
                <w:sz w:val="18"/>
                <w:lang w:val="es-ES"/>
              </w:rPr>
              <w:t>D</w:t>
            </w:r>
            <w:proofErr w:type="spellEnd"/>
            <w:r w:rsidRPr="00991687">
              <w:rPr>
                <w:rFonts w:ascii="Consolas" w:hAnsi="Consolas"/>
                <w:sz w:val="18"/>
                <w:lang w:val="es-ES"/>
              </w:rPr>
              <w:br/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       ← reparto entre pares →</w:t>
            </w:r>
          </w:p>
        </w:tc>
      </w:tr>
    </w:tbl>
    <w:p w14:paraId="0878CC7C" w14:textId="77777777" w:rsidR="00176842" w:rsidRPr="00991687" w:rsidRDefault="00176842">
      <w:pPr>
        <w:spacing w:after="20"/>
        <w:rPr>
          <w:lang w:val="es-ES"/>
        </w:rPr>
      </w:pPr>
    </w:p>
    <w:p w14:paraId="1D497156" w14:textId="77777777" w:rsidR="00176842" w:rsidRPr="00991687" w:rsidRDefault="000030E4">
      <w:pPr>
        <w:rPr>
          <w:lang w:val="es-ES"/>
        </w:rPr>
      </w:pPr>
      <w:r w:rsidRPr="00991687">
        <w:rPr>
          <w:lang w:val="es-ES"/>
        </w:rPr>
        <w:t>RAID 10 combina RAID 1 y RAID 0: crea pares en espejo y reparte los datos entre esos pares. Ofrece mu</w:t>
      </w:r>
      <w:r w:rsidRPr="00991687">
        <w:rPr>
          <w:lang w:val="es-ES"/>
        </w:rPr>
        <w:t>y buen rendimiento y buena tolerancia a fallos, aunque utiliza aproximadamente la mitad de la capacidad física para las copias.</w:t>
      </w:r>
    </w:p>
    <w:p w14:paraId="258DC43D" w14:textId="77777777" w:rsidR="00176842" w:rsidRPr="00991687" w:rsidRDefault="000030E4">
      <w:pPr>
        <w:pStyle w:val="Listaconvietas"/>
        <w:spacing w:after="40"/>
        <w:rPr>
          <w:lang w:val="es-ES"/>
        </w:rPr>
      </w:pPr>
      <w:r w:rsidRPr="00991687">
        <w:rPr>
          <w:lang w:val="es-ES"/>
        </w:rPr>
        <w:t>Mínimo: 4 discos.</w:t>
      </w:r>
    </w:p>
    <w:p w14:paraId="4AAE2363" w14:textId="77777777" w:rsidR="00176842" w:rsidRPr="00991687" w:rsidRDefault="000030E4">
      <w:pPr>
        <w:pStyle w:val="Listaconvietas"/>
        <w:spacing w:after="40"/>
        <w:rPr>
          <w:lang w:val="es-ES"/>
        </w:rPr>
      </w:pPr>
      <w:r w:rsidRPr="00991687">
        <w:rPr>
          <w:lang w:val="es-ES"/>
        </w:rPr>
        <w:t>Capacidad útil: aproximadamente el 50 %.</w:t>
      </w:r>
    </w:p>
    <w:p w14:paraId="159074E5" w14:textId="77777777" w:rsidR="00176842" w:rsidRPr="00991687" w:rsidRDefault="000030E4">
      <w:pPr>
        <w:pStyle w:val="Listaconvietas"/>
        <w:spacing w:after="40"/>
        <w:rPr>
          <w:lang w:val="es-ES"/>
        </w:rPr>
      </w:pPr>
      <w:r w:rsidRPr="00991687">
        <w:rPr>
          <w:lang w:val="es-ES"/>
        </w:rPr>
        <w:t>Tolerancia a fallos: puede soportar más de un fallo si los discos ave</w:t>
      </w:r>
      <w:r w:rsidRPr="00991687">
        <w:rPr>
          <w:lang w:val="es-ES"/>
        </w:rPr>
        <w:t>riados no pertenecen al mismo par espejo.</w:t>
      </w:r>
    </w:p>
    <w:p w14:paraId="61E12631" w14:textId="77777777" w:rsidR="00176842" w:rsidRPr="00991687" w:rsidRDefault="000030E4">
      <w:pPr>
        <w:pStyle w:val="Listaconvietas"/>
        <w:spacing w:after="40"/>
        <w:rPr>
          <w:lang w:val="es-ES"/>
        </w:rPr>
      </w:pPr>
      <w:r w:rsidRPr="00991687">
        <w:rPr>
          <w:lang w:val="es-ES"/>
        </w:rPr>
        <w:t>Muy utilizado cuando se busca rendimiento y disponibilidad.</w:t>
      </w:r>
    </w:p>
    <w:p w14:paraId="15831E10" w14:textId="77777777" w:rsidR="00176842" w:rsidRPr="00991687" w:rsidRDefault="000030E4">
      <w:pPr>
        <w:pStyle w:val="Ttulo2"/>
        <w:rPr>
          <w:lang w:val="es-ES"/>
        </w:rPr>
      </w:pPr>
      <w:bookmarkStart w:id="17" w:name="_Toc240535357"/>
      <w:r w:rsidRPr="00991687">
        <w:rPr>
          <w:lang w:val="es-ES"/>
        </w:rPr>
        <w:t>5.7. Comparativa de los RAID más usados</w:t>
      </w:r>
      <w:bookmarkEnd w:id="17"/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656"/>
        <w:gridCol w:w="1656"/>
        <w:gridCol w:w="1656"/>
        <w:gridCol w:w="1656"/>
        <w:gridCol w:w="1656"/>
        <w:gridCol w:w="1656"/>
      </w:tblGrid>
      <w:tr w:rsidR="00176842" w:rsidRPr="00991687" w14:paraId="2B6F00A4" w14:textId="77777777">
        <w:trPr>
          <w:jc w:val="center"/>
        </w:trPr>
        <w:tc>
          <w:tcPr>
            <w:tcW w:w="1656" w:type="dxa"/>
            <w:shd w:val="clear" w:color="auto" w:fill="D9EAF7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622513BE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7"/>
                <w:lang w:val="es-ES"/>
              </w:rPr>
              <w:t>RAID</w:t>
            </w:r>
          </w:p>
        </w:tc>
        <w:tc>
          <w:tcPr>
            <w:tcW w:w="1656" w:type="dxa"/>
            <w:shd w:val="clear" w:color="auto" w:fill="D9EAF7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43734840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7"/>
                <w:lang w:val="es-ES"/>
              </w:rPr>
              <w:t>Mín. discos</w:t>
            </w:r>
          </w:p>
        </w:tc>
        <w:tc>
          <w:tcPr>
            <w:tcW w:w="1656" w:type="dxa"/>
            <w:shd w:val="clear" w:color="auto" w:fill="D9EAF7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38A78C21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7"/>
                <w:lang w:val="es-ES"/>
              </w:rPr>
              <w:t>Técnica</w:t>
            </w:r>
          </w:p>
        </w:tc>
        <w:tc>
          <w:tcPr>
            <w:tcW w:w="1656" w:type="dxa"/>
            <w:shd w:val="clear" w:color="auto" w:fill="D9EAF7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0EB78F67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7"/>
                <w:lang w:val="es-ES"/>
              </w:rPr>
              <w:t>Fallo tolerado</w:t>
            </w:r>
          </w:p>
        </w:tc>
        <w:tc>
          <w:tcPr>
            <w:tcW w:w="1656" w:type="dxa"/>
            <w:shd w:val="clear" w:color="auto" w:fill="D9EAF7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33052BD9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7"/>
                <w:lang w:val="es-ES"/>
              </w:rPr>
              <w:t>Capacidad útil</w:t>
            </w:r>
          </w:p>
        </w:tc>
        <w:tc>
          <w:tcPr>
            <w:tcW w:w="1656" w:type="dxa"/>
            <w:shd w:val="clear" w:color="auto" w:fill="D9EAF7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686FFDF8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7"/>
                <w:lang w:val="es-ES"/>
              </w:rPr>
              <w:t>Idea principal</w:t>
            </w:r>
          </w:p>
        </w:tc>
      </w:tr>
      <w:tr w:rsidR="00176842" w:rsidRPr="00991687" w14:paraId="00C204CB" w14:textId="77777777">
        <w:trPr>
          <w:jc w:val="center"/>
        </w:trPr>
        <w:tc>
          <w:tcPr>
            <w:tcW w:w="1656" w:type="dxa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5C785C7B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7"/>
                <w:lang w:val="es-ES"/>
              </w:rPr>
              <w:t>0</w:t>
            </w:r>
          </w:p>
        </w:tc>
        <w:tc>
          <w:tcPr>
            <w:tcW w:w="1656" w:type="dxa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1080D0C6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7"/>
                <w:lang w:val="es-ES"/>
              </w:rPr>
              <w:t>2</w:t>
            </w:r>
          </w:p>
        </w:tc>
        <w:tc>
          <w:tcPr>
            <w:tcW w:w="1656" w:type="dxa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38D5F999" w14:textId="77777777" w:rsidR="00176842" w:rsidRPr="00991687" w:rsidRDefault="000030E4">
            <w:pPr>
              <w:spacing w:after="40"/>
              <w:rPr>
                <w:lang w:val="es-ES"/>
              </w:rPr>
            </w:pPr>
            <w:proofErr w:type="spellStart"/>
            <w:r w:rsidRPr="00991687">
              <w:rPr>
                <w:sz w:val="17"/>
                <w:lang w:val="es-ES"/>
              </w:rPr>
              <w:t>Striping</w:t>
            </w:r>
            <w:proofErr w:type="spellEnd"/>
          </w:p>
        </w:tc>
        <w:tc>
          <w:tcPr>
            <w:tcW w:w="1656" w:type="dxa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03D528DE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7"/>
                <w:lang w:val="es-ES"/>
              </w:rPr>
              <w:t>0</w:t>
            </w:r>
          </w:p>
        </w:tc>
        <w:tc>
          <w:tcPr>
            <w:tcW w:w="1656" w:type="dxa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238D8EAA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7"/>
                <w:lang w:val="es-ES"/>
              </w:rPr>
              <w:t>100 %</w:t>
            </w:r>
          </w:p>
        </w:tc>
        <w:tc>
          <w:tcPr>
            <w:tcW w:w="1656" w:type="dxa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08A6C436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7"/>
                <w:lang w:val="es-ES"/>
              </w:rPr>
              <w:t xml:space="preserve">Máximo rendimiento, </w:t>
            </w:r>
            <w:r w:rsidRPr="00991687">
              <w:rPr>
                <w:sz w:val="17"/>
                <w:lang w:val="es-ES"/>
              </w:rPr>
              <w:t>sin redundancia</w:t>
            </w:r>
          </w:p>
        </w:tc>
      </w:tr>
      <w:tr w:rsidR="00176842" w:rsidRPr="00991687" w14:paraId="24CE309E" w14:textId="77777777">
        <w:trPr>
          <w:jc w:val="center"/>
        </w:trPr>
        <w:tc>
          <w:tcPr>
            <w:tcW w:w="1656" w:type="dxa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2E3E8390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7"/>
                <w:lang w:val="es-ES"/>
              </w:rPr>
              <w:t>1</w:t>
            </w:r>
          </w:p>
        </w:tc>
        <w:tc>
          <w:tcPr>
            <w:tcW w:w="1656" w:type="dxa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2F49FE69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7"/>
                <w:lang w:val="es-ES"/>
              </w:rPr>
              <w:t>2</w:t>
            </w:r>
          </w:p>
        </w:tc>
        <w:tc>
          <w:tcPr>
            <w:tcW w:w="1656" w:type="dxa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44B1D1FB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7"/>
                <w:lang w:val="es-ES"/>
              </w:rPr>
              <w:t>Espejo</w:t>
            </w:r>
          </w:p>
        </w:tc>
        <w:tc>
          <w:tcPr>
            <w:tcW w:w="1656" w:type="dxa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74D1657B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7"/>
                <w:lang w:val="es-ES"/>
              </w:rPr>
              <w:t>1*</w:t>
            </w:r>
          </w:p>
        </w:tc>
        <w:tc>
          <w:tcPr>
            <w:tcW w:w="1656" w:type="dxa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202F195F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7"/>
                <w:lang w:val="es-ES"/>
              </w:rPr>
              <w:t>≈ 50 %</w:t>
            </w:r>
          </w:p>
        </w:tc>
        <w:tc>
          <w:tcPr>
            <w:tcW w:w="1656" w:type="dxa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49ED0463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7"/>
                <w:lang w:val="es-ES"/>
              </w:rPr>
              <w:t>Copia completa</w:t>
            </w:r>
          </w:p>
        </w:tc>
      </w:tr>
      <w:tr w:rsidR="00176842" w:rsidRPr="00991687" w14:paraId="60EB04EF" w14:textId="77777777">
        <w:trPr>
          <w:jc w:val="center"/>
        </w:trPr>
        <w:tc>
          <w:tcPr>
            <w:tcW w:w="1656" w:type="dxa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152BF165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7"/>
                <w:lang w:val="es-ES"/>
              </w:rPr>
              <w:t>5</w:t>
            </w:r>
          </w:p>
        </w:tc>
        <w:tc>
          <w:tcPr>
            <w:tcW w:w="1656" w:type="dxa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51D87AEB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7"/>
                <w:lang w:val="es-ES"/>
              </w:rPr>
              <w:t>3</w:t>
            </w:r>
          </w:p>
        </w:tc>
        <w:tc>
          <w:tcPr>
            <w:tcW w:w="1656" w:type="dxa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78F0714B" w14:textId="77777777" w:rsidR="00176842" w:rsidRPr="00991687" w:rsidRDefault="000030E4">
            <w:pPr>
              <w:spacing w:after="40"/>
              <w:rPr>
                <w:lang w:val="es-ES"/>
              </w:rPr>
            </w:pPr>
            <w:proofErr w:type="spellStart"/>
            <w:r w:rsidRPr="00991687">
              <w:rPr>
                <w:sz w:val="17"/>
                <w:lang w:val="es-ES"/>
              </w:rPr>
              <w:t>Striping</w:t>
            </w:r>
            <w:proofErr w:type="spellEnd"/>
            <w:r w:rsidRPr="00991687">
              <w:rPr>
                <w:sz w:val="17"/>
                <w:lang w:val="es-ES"/>
              </w:rPr>
              <w:t xml:space="preserve"> + paridad</w:t>
            </w:r>
          </w:p>
        </w:tc>
        <w:tc>
          <w:tcPr>
            <w:tcW w:w="1656" w:type="dxa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3B3747FA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7"/>
                <w:lang w:val="es-ES"/>
              </w:rPr>
              <w:t>1</w:t>
            </w:r>
          </w:p>
        </w:tc>
        <w:tc>
          <w:tcPr>
            <w:tcW w:w="1656" w:type="dxa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52D113DE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7"/>
                <w:lang w:val="es-ES"/>
              </w:rPr>
              <w:t>(n-1) discos</w:t>
            </w:r>
          </w:p>
        </w:tc>
        <w:tc>
          <w:tcPr>
            <w:tcW w:w="1656" w:type="dxa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39F40184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7"/>
                <w:lang w:val="es-ES"/>
              </w:rPr>
              <w:t>Equilibrio</w:t>
            </w:r>
          </w:p>
        </w:tc>
      </w:tr>
      <w:tr w:rsidR="00176842" w:rsidRPr="00991687" w14:paraId="455D1CC1" w14:textId="77777777">
        <w:trPr>
          <w:jc w:val="center"/>
        </w:trPr>
        <w:tc>
          <w:tcPr>
            <w:tcW w:w="1656" w:type="dxa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332938D0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7"/>
                <w:lang w:val="es-ES"/>
              </w:rPr>
              <w:t>6</w:t>
            </w:r>
          </w:p>
        </w:tc>
        <w:tc>
          <w:tcPr>
            <w:tcW w:w="1656" w:type="dxa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4F75644B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7"/>
                <w:lang w:val="es-ES"/>
              </w:rPr>
              <w:t>4</w:t>
            </w:r>
          </w:p>
        </w:tc>
        <w:tc>
          <w:tcPr>
            <w:tcW w:w="1656" w:type="dxa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65957E31" w14:textId="77777777" w:rsidR="00176842" w:rsidRPr="00991687" w:rsidRDefault="000030E4">
            <w:pPr>
              <w:spacing w:after="40"/>
              <w:rPr>
                <w:lang w:val="es-ES"/>
              </w:rPr>
            </w:pPr>
            <w:proofErr w:type="spellStart"/>
            <w:r w:rsidRPr="00991687">
              <w:rPr>
                <w:sz w:val="17"/>
                <w:lang w:val="es-ES"/>
              </w:rPr>
              <w:t>Striping</w:t>
            </w:r>
            <w:proofErr w:type="spellEnd"/>
            <w:r w:rsidRPr="00991687">
              <w:rPr>
                <w:sz w:val="17"/>
                <w:lang w:val="es-ES"/>
              </w:rPr>
              <w:t xml:space="preserve"> + doble paridad</w:t>
            </w:r>
          </w:p>
        </w:tc>
        <w:tc>
          <w:tcPr>
            <w:tcW w:w="1656" w:type="dxa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3316FBB0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7"/>
                <w:lang w:val="es-ES"/>
              </w:rPr>
              <w:t>2</w:t>
            </w:r>
          </w:p>
        </w:tc>
        <w:tc>
          <w:tcPr>
            <w:tcW w:w="1656" w:type="dxa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13C25945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7"/>
                <w:lang w:val="es-ES"/>
              </w:rPr>
              <w:t>(n-2) discos</w:t>
            </w:r>
          </w:p>
        </w:tc>
        <w:tc>
          <w:tcPr>
            <w:tcW w:w="1656" w:type="dxa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21E766BD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7"/>
                <w:lang w:val="es-ES"/>
              </w:rPr>
              <w:t>Más tolerancia</w:t>
            </w:r>
          </w:p>
        </w:tc>
      </w:tr>
      <w:tr w:rsidR="00176842" w:rsidRPr="00991687" w14:paraId="28544F70" w14:textId="77777777">
        <w:trPr>
          <w:jc w:val="center"/>
        </w:trPr>
        <w:tc>
          <w:tcPr>
            <w:tcW w:w="1656" w:type="dxa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2024E584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7"/>
                <w:lang w:val="es-ES"/>
              </w:rPr>
              <w:t>10</w:t>
            </w:r>
          </w:p>
        </w:tc>
        <w:tc>
          <w:tcPr>
            <w:tcW w:w="1656" w:type="dxa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4285C4C8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7"/>
                <w:lang w:val="es-ES"/>
              </w:rPr>
              <w:t>4</w:t>
            </w:r>
          </w:p>
        </w:tc>
        <w:tc>
          <w:tcPr>
            <w:tcW w:w="1656" w:type="dxa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20DAFF9B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7"/>
                <w:lang w:val="es-ES"/>
              </w:rPr>
              <w:t xml:space="preserve">Espejo + </w:t>
            </w:r>
            <w:proofErr w:type="spellStart"/>
            <w:r w:rsidRPr="00991687">
              <w:rPr>
                <w:sz w:val="17"/>
                <w:lang w:val="es-ES"/>
              </w:rPr>
              <w:t>striping</w:t>
            </w:r>
            <w:proofErr w:type="spellEnd"/>
          </w:p>
        </w:tc>
        <w:tc>
          <w:tcPr>
            <w:tcW w:w="1656" w:type="dxa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0C8C93B6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7"/>
                <w:lang w:val="es-ES"/>
              </w:rPr>
              <w:t>Depende de los pares</w:t>
            </w:r>
          </w:p>
        </w:tc>
        <w:tc>
          <w:tcPr>
            <w:tcW w:w="1656" w:type="dxa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080B5BA7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7"/>
                <w:lang w:val="es-ES"/>
              </w:rPr>
              <w:t>≈ 50 %</w:t>
            </w:r>
          </w:p>
        </w:tc>
        <w:tc>
          <w:tcPr>
            <w:tcW w:w="1656" w:type="dxa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36C7C16D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7"/>
                <w:lang w:val="es-ES"/>
              </w:rPr>
              <w:t>Rendimiento + redundancia</w:t>
            </w:r>
          </w:p>
        </w:tc>
      </w:tr>
    </w:tbl>
    <w:p w14:paraId="45783130" w14:textId="0106D47B" w:rsidR="00150480" w:rsidRDefault="000030E4">
      <w:pPr>
        <w:rPr>
          <w:i/>
          <w:lang w:val="es-ES"/>
        </w:rPr>
      </w:pPr>
      <w:r w:rsidRPr="00991687">
        <w:rPr>
          <w:i/>
          <w:lang w:val="es-ES"/>
        </w:rPr>
        <w:t>* En un espejo</w:t>
      </w:r>
      <w:r w:rsidRPr="00991687">
        <w:rPr>
          <w:i/>
          <w:lang w:val="es-ES"/>
        </w:rPr>
        <w:t xml:space="preserve"> de dos discos. Configuraciones RAID 1 con más copias pueden tolerar más fallos según qué discos fallen.</w:t>
      </w:r>
    </w:p>
    <w:p w14:paraId="7E122FBF" w14:textId="77777777" w:rsidR="00150480" w:rsidRDefault="00150480">
      <w:pPr>
        <w:spacing w:after="200" w:line="276" w:lineRule="auto"/>
        <w:rPr>
          <w:i/>
          <w:lang w:val="es-ES"/>
        </w:rPr>
      </w:pPr>
      <w:r>
        <w:rPr>
          <w:i/>
          <w:lang w:val="es-ES"/>
        </w:rPr>
        <w:br w:type="page"/>
      </w:r>
    </w:p>
    <w:p w14:paraId="2F03CC70" w14:textId="77777777" w:rsidR="00176842" w:rsidRPr="00991687" w:rsidRDefault="000030E4">
      <w:pPr>
        <w:pStyle w:val="Ttulo2"/>
        <w:rPr>
          <w:lang w:val="es-ES"/>
        </w:rPr>
      </w:pPr>
      <w:bookmarkStart w:id="18" w:name="_Toc240535358"/>
      <w:r w:rsidRPr="00991687">
        <w:rPr>
          <w:lang w:val="es-ES"/>
        </w:rPr>
        <w:lastRenderedPageBreak/>
        <w:t>5.8. Ejemplo con cuatro discos de 1 TB</w:t>
      </w:r>
      <w:bookmarkEnd w:id="18"/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176842" w:rsidRPr="00991687" w14:paraId="4B97855C" w14:textId="77777777">
        <w:trPr>
          <w:jc w:val="center"/>
        </w:trPr>
        <w:tc>
          <w:tcPr>
            <w:tcW w:w="3312" w:type="dxa"/>
            <w:shd w:val="clear" w:color="auto" w:fill="D9EAF7"/>
            <w:vAlign w:val="center"/>
          </w:tcPr>
          <w:p w14:paraId="3FC6C1E6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Configuración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47096CE5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Capacidad útil aprox.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4FA36CF3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Tolerancia</w:t>
            </w:r>
          </w:p>
        </w:tc>
      </w:tr>
      <w:tr w:rsidR="00176842" w:rsidRPr="00991687" w14:paraId="7E4ADD04" w14:textId="77777777">
        <w:trPr>
          <w:jc w:val="center"/>
        </w:trPr>
        <w:tc>
          <w:tcPr>
            <w:tcW w:w="3312" w:type="dxa"/>
            <w:vAlign w:val="center"/>
          </w:tcPr>
          <w:p w14:paraId="0EE40785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RAID 0</w:t>
            </w:r>
          </w:p>
        </w:tc>
        <w:tc>
          <w:tcPr>
            <w:tcW w:w="3312" w:type="dxa"/>
            <w:vAlign w:val="center"/>
          </w:tcPr>
          <w:p w14:paraId="5D013EC6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4 TB</w:t>
            </w:r>
          </w:p>
        </w:tc>
        <w:tc>
          <w:tcPr>
            <w:tcW w:w="3312" w:type="dxa"/>
            <w:vAlign w:val="center"/>
          </w:tcPr>
          <w:p w14:paraId="13D21A62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Ningún disco</w:t>
            </w:r>
          </w:p>
        </w:tc>
      </w:tr>
      <w:tr w:rsidR="00176842" w:rsidRPr="00991687" w14:paraId="22407D24" w14:textId="77777777">
        <w:trPr>
          <w:jc w:val="center"/>
        </w:trPr>
        <w:tc>
          <w:tcPr>
            <w:tcW w:w="3312" w:type="dxa"/>
            <w:vAlign w:val="center"/>
          </w:tcPr>
          <w:p w14:paraId="190DE43B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RAID 1*</w:t>
            </w:r>
          </w:p>
        </w:tc>
        <w:tc>
          <w:tcPr>
            <w:tcW w:w="3312" w:type="dxa"/>
            <w:vAlign w:val="center"/>
          </w:tcPr>
          <w:p w14:paraId="44F975FD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2 TB</w:t>
            </w:r>
          </w:p>
        </w:tc>
        <w:tc>
          <w:tcPr>
            <w:tcW w:w="3312" w:type="dxa"/>
            <w:vAlign w:val="center"/>
          </w:tcPr>
          <w:p w14:paraId="31303A7C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 xml:space="preserve">Depende de la </w:t>
            </w:r>
            <w:r w:rsidRPr="00991687">
              <w:rPr>
                <w:sz w:val="19"/>
                <w:lang w:val="es-ES"/>
              </w:rPr>
              <w:t>organización de los espejos</w:t>
            </w:r>
          </w:p>
        </w:tc>
      </w:tr>
      <w:tr w:rsidR="00176842" w:rsidRPr="00991687" w14:paraId="154ECC93" w14:textId="77777777">
        <w:trPr>
          <w:jc w:val="center"/>
        </w:trPr>
        <w:tc>
          <w:tcPr>
            <w:tcW w:w="3312" w:type="dxa"/>
            <w:vAlign w:val="center"/>
          </w:tcPr>
          <w:p w14:paraId="1F0D9C9B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RAID 5</w:t>
            </w:r>
          </w:p>
        </w:tc>
        <w:tc>
          <w:tcPr>
            <w:tcW w:w="3312" w:type="dxa"/>
            <w:vAlign w:val="center"/>
          </w:tcPr>
          <w:p w14:paraId="683DA792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3 TB</w:t>
            </w:r>
          </w:p>
        </w:tc>
        <w:tc>
          <w:tcPr>
            <w:tcW w:w="3312" w:type="dxa"/>
            <w:vAlign w:val="center"/>
          </w:tcPr>
          <w:p w14:paraId="20526DE6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1 disco</w:t>
            </w:r>
          </w:p>
        </w:tc>
      </w:tr>
      <w:tr w:rsidR="00176842" w:rsidRPr="00991687" w14:paraId="6F21794B" w14:textId="77777777">
        <w:trPr>
          <w:jc w:val="center"/>
        </w:trPr>
        <w:tc>
          <w:tcPr>
            <w:tcW w:w="3312" w:type="dxa"/>
            <w:vAlign w:val="center"/>
          </w:tcPr>
          <w:p w14:paraId="0B0AE9D7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RAID 6</w:t>
            </w:r>
          </w:p>
        </w:tc>
        <w:tc>
          <w:tcPr>
            <w:tcW w:w="3312" w:type="dxa"/>
            <w:vAlign w:val="center"/>
          </w:tcPr>
          <w:p w14:paraId="3CB986B1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2 TB</w:t>
            </w:r>
          </w:p>
        </w:tc>
        <w:tc>
          <w:tcPr>
            <w:tcW w:w="3312" w:type="dxa"/>
            <w:vAlign w:val="center"/>
          </w:tcPr>
          <w:p w14:paraId="347106DF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2 discos</w:t>
            </w:r>
          </w:p>
        </w:tc>
      </w:tr>
      <w:tr w:rsidR="00176842" w:rsidRPr="00991687" w14:paraId="42240247" w14:textId="77777777">
        <w:trPr>
          <w:jc w:val="center"/>
        </w:trPr>
        <w:tc>
          <w:tcPr>
            <w:tcW w:w="3312" w:type="dxa"/>
            <w:vAlign w:val="center"/>
          </w:tcPr>
          <w:p w14:paraId="72371BBE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RAID 10</w:t>
            </w:r>
          </w:p>
        </w:tc>
        <w:tc>
          <w:tcPr>
            <w:tcW w:w="3312" w:type="dxa"/>
            <w:vAlign w:val="center"/>
          </w:tcPr>
          <w:p w14:paraId="47303EA3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2 TB</w:t>
            </w:r>
          </w:p>
        </w:tc>
        <w:tc>
          <w:tcPr>
            <w:tcW w:w="3312" w:type="dxa"/>
            <w:vAlign w:val="center"/>
          </w:tcPr>
          <w:p w14:paraId="20DFBB5F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Depende de qué discos fallen</w:t>
            </w:r>
          </w:p>
        </w:tc>
      </w:tr>
    </w:tbl>
    <w:p w14:paraId="7A7844AB" w14:textId="77777777" w:rsidR="00176842" w:rsidRPr="00991687" w:rsidRDefault="000030E4">
      <w:pPr>
        <w:pStyle w:val="Ttulo1"/>
        <w:rPr>
          <w:lang w:val="es-ES"/>
        </w:rPr>
      </w:pPr>
      <w:bookmarkStart w:id="19" w:name="_Toc240535359"/>
      <w:r w:rsidRPr="00991687">
        <w:rPr>
          <w:lang w:val="es-ES"/>
        </w:rPr>
        <w:t>6. RAID no es una copia de seguridad</w:t>
      </w:r>
      <w:bookmarkEnd w:id="19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176842" w:rsidRPr="00991687" w14:paraId="5661651F" w14:textId="77777777">
        <w:trPr>
          <w:jc w:val="center"/>
        </w:trPr>
        <w:tc>
          <w:tcPr>
            <w:tcW w:w="9936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FCE4D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2EF3D05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b/>
                <w:color w:val="1F4E79"/>
                <w:sz w:val="22"/>
                <w:lang w:val="es-ES"/>
              </w:rPr>
              <w:t>⚠</w:t>
            </w:r>
            <w:r w:rsidRPr="00991687">
              <w:rPr>
                <w:b/>
                <w:color w:val="1F4E79"/>
                <w:sz w:val="22"/>
                <w:lang w:val="es-ES"/>
              </w:rPr>
              <w:t>️</w:t>
            </w:r>
            <w:r w:rsidRPr="00991687">
              <w:rPr>
                <w:b/>
                <w:color w:val="1F4E79"/>
                <w:sz w:val="22"/>
                <w:lang w:val="es-ES"/>
              </w:rPr>
              <w:t xml:space="preserve"> Importante</w:t>
            </w:r>
          </w:p>
          <w:p w14:paraId="5F04CE0B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 xml:space="preserve">RAID aumenta la disponibilidad ante fallos de discos, pero NO sustituye a una copia de </w:t>
            </w:r>
            <w:r w:rsidRPr="00991687">
              <w:rPr>
                <w:sz w:val="19"/>
                <w:lang w:val="es-ES"/>
              </w:rPr>
              <w:t>seguridad.</w:t>
            </w:r>
          </w:p>
        </w:tc>
      </w:tr>
    </w:tbl>
    <w:p w14:paraId="71712A07" w14:textId="77777777" w:rsidR="00176842" w:rsidRPr="00991687" w:rsidRDefault="00176842">
      <w:pPr>
        <w:spacing w:after="40"/>
        <w:rPr>
          <w:lang w:val="es-ES"/>
        </w:rPr>
      </w:pPr>
    </w:p>
    <w:p w14:paraId="1D665198" w14:textId="77777777" w:rsidR="00176842" w:rsidRPr="00991687" w:rsidRDefault="000030E4">
      <w:pPr>
        <w:pStyle w:val="Listaconvietas"/>
        <w:spacing w:after="40"/>
        <w:rPr>
          <w:lang w:val="es-ES"/>
        </w:rPr>
      </w:pPr>
      <w:r w:rsidRPr="00991687">
        <w:rPr>
          <w:lang w:val="es-ES"/>
        </w:rPr>
        <w:t>Si un usuario borra un archivo, el borrado afecta al conjunto RAID.</w:t>
      </w:r>
    </w:p>
    <w:p w14:paraId="79550237" w14:textId="77777777" w:rsidR="00176842" w:rsidRPr="00991687" w:rsidRDefault="000030E4">
      <w:pPr>
        <w:pStyle w:val="Listaconvietas"/>
        <w:spacing w:after="40"/>
        <w:rPr>
          <w:lang w:val="es-ES"/>
        </w:rPr>
      </w:pPr>
      <w:r w:rsidRPr="00991687">
        <w:rPr>
          <w:lang w:val="es-ES"/>
        </w:rPr>
        <w:t xml:space="preserve">Un </w:t>
      </w:r>
      <w:proofErr w:type="spellStart"/>
      <w:r w:rsidRPr="00991687">
        <w:rPr>
          <w:lang w:val="es-ES"/>
        </w:rPr>
        <w:t>ransomware</w:t>
      </w:r>
      <w:proofErr w:type="spellEnd"/>
      <w:r w:rsidRPr="00991687">
        <w:rPr>
          <w:lang w:val="es-ES"/>
        </w:rPr>
        <w:t xml:space="preserve"> puede cifrar los datos del RAID.</w:t>
      </w:r>
    </w:p>
    <w:p w14:paraId="4D42FB8E" w14:textId="77777777" w:rsidR="00176842" w:rsidRPr="00991687" w:rsidRDefault="000030E4">
      <w:pPr>
        <w:pStyle w:val="Listaconvietas"/>
        <w:spacing w:after="40"/>
        <w:rPr>
          <w:lang w:val="es-ES"/>
        </w:rPr>
      </w:pPr>
      <w:r w:rsidRPr="00991687">
        <w:rPr>
          <w:lang w:val="es-ES"/>
        </w:rPr>
        <w:t>La corrupción lógica puede propagarse.</w:t>
      </w:r>
    </w:p>
    <w:p w14:paraId="1DB94EEE" w14:textId="77777777" w:rsidR="00176842" w:rsidRPr="00991687" w:rsidRDefault="000030E4">
      <w:pPr>
        <w:pStyle w:val="Listaconvietas"/>
        <w:spacing w:after="40"/>
        <w:rPr>
          <w:lang w:val="es-ES"/>
        </w:rPr>
      </w:pPr>
      <w:r w:rsidRPr="00991687">
        <w:rPr>
          <w:lang w:val="es-ES"/>
        </w:rPr>
        <w:t>Un incendio, robo o desastre físico puede afectar a todos los discos del servidor.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176842" w:rsidRPr="00991687" w14:paraId="0187E5A6" w14:textId="77777777">
        <w:trPr>
          <w:jc w:val="center"/>
        </w:trPr>
        <w:tc>
          <w:tcPr>
            <w:tcW w:w="9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6915B9DB" w14:textId="77777777" w:rsidR="00176842" w:rsidRPr="00991687" w:rsidRDefault="000030E4" w:rsidP="001D3E6D">
            <w:pPr>
              <w:spacing w:after="40"/>
              <w:ind w:left="2160"/>
              <w:rPr>
                <w:lang w:val="es-ES"/>
              </w:rPr>
            </w:pPr>
            <w:r w:rsidRPr="00991687">
              <w:rPr>
                <w:rFonts w:ascii="Consolas" w:hAnsi="Consolas"/>
                <w:sz w:val="18"/>
                <w:lang w:val="es-ES"/>
              </w:rPr>
              <w:t>Usuario borra alumnos.csv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       ↓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>El sistema elimina el archivo del almacenamiento RAID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       ↓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>RAID no puede recuperar por sí solo una versión anterior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>RAID ≠ BACKUP</w:t>
            </w:r>
          </w:p>
        </w:tc>
      </w:tr>
    </w:tbl>
    <w:p w14:paraId="5581B1AC" w14:textId="0205C871" w:rsidR="00150480" w:rsidRDefault="00150480">
      <w:pPr>
        <w:spacing w:after="20"/>
        <w:rPr>
          <w:lang w:val="es-ES"/>
        </w:rPr>
      </w:pPr>
    </w:p>
    <w:p w14:paraId="32E75791" w14:textId="77777777" w:rsidR="00150480" w:rsidRDefault="00150480">
      <w:pPr>
        <w:spacing w:after="200" w:line="276" w:lineRule="auto"/>
        <w:rPr>
          <w:lang w:val="es-ES"/>
        </w:rPr>
      </w:pPr>
      <w:r>
        <w:rPr>
          <w:lang w:val="es-ES"/>
        </w:rPr>
        <w:br w:type="page"/>
      </w:r>
    </w:p>
    <w:p w14:paraId="6B89FF4E" w14:textId="77777777" w:rsidR="00176842" w:rsidRPr="00991687" w:rsidRDefault="000030E4">
      <w:pPr>
        <w:pStyle w:val="Ttulo1"/>
        <w:rPr>
          <w:lang w:val="es-ES"/>
        </w:rPr>
      </w:pPr>
      <w:bookmarkStart w:id="20" w:name="_Toc240535360"/>
      <w:r w:rsidRPr="00991687">
        <w:rPr>
          <w:lang w:val="es-ES"/>
        </w:rPr>
        <w:lastRenderedPageBreak/>
        <w:t>7. RAID frente a HDFS</w:t>
      </w:r>
      <w:bookmarkEnd w:id="20"/>
    </w:p>
    <w:p w14:paraId="28144740" w14:textId="77777777" w:rsidR="00176842" w:rsidRPr="00991687" w:rsidRDefault="000030E4">
      <w:pPr>
        <w:rPr>
          <w:lang w:val="es-ES"/>
        </w:rPr>
      </w:pPr>
      <w:r w:rsidRPr="00991687">
        <w:rPr>
          <w:lang w:val="es-ES"/>
        </w:rPr>
        <w:t>RAID y HDFS introducen redundancia, pero trabajan a dist</w:t>
      </w:r>
      <w:r w:rsidRPr="00991687">
        <w:rPr>
          <w:lang w:val="es-ES"/>
        </w:rPr>
        <w:t>into nivel. RAID combina discos; HDFS distribuye archivos entre nodos del clúster.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176842" w:rsidRPr="00991687" w14:paraId="710B600C" w14:textId="77777777">
        <w:trPr>
          <w:jc w:val="center"/>
        </w:trPr>
        <w:tc>
          <w:tcPr>
            <w:tcW w:w="3312" w:type="dxa"/>
            <w:shd w:val="clear" w:color="auto" w:fill="D9EAF7"/>
            <w:vAlign w:val="center"/>
          </w:tcPr>
          <w:p w14:paraId="2CFE3C17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Aspecto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30541007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RAID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23F7B5EF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HDFS</w:t>
            </w:r>
          </w:p>
        </w:tc>
      </w:tr>
      <w:tr w:rsidR="00176842" w:rsidRPr="00991687" w14:paraId="281C9E2F" w14:textId="77777777">
        <w:trPr>
          <w:jc w:val="center"/>
        </w:trPr>
        <w:tc>
          <w:tcPr>
            <w:tcW w:w="3312" w:type="dxa"/>
            <w:vAlign w:val="center"/>
          </w:tcPr>
          <w:p w14:paraId="5C709E79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Unidad principal</w:t>
            </w:r>
          </w:p>
        </w:tc>
        <w:tc>
          <w:tcPr>
            <w:tcW w:w="3312" w:type="dxa"/>
            <w:vAlign w:val="center"/>
          </w:tcPr>
          <w:p w14:paraId="677C7A5F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Discos</w:t>
            </w:r>
          </w:p>
        </w:tc>
        <w:tc>
          <w:tcPr>
            <w:tcW w:w="3312" w:type="dxa"/>
            <w:vAlign w:val="center"/>
          </w:tcPr>
          <w:p w14:paraId="2D6F765D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Nodos/máquinas</w:t>
            </w:r>
          </w:p>
        </w:tc>
      </w:tr>
      <w:tr w:rsidR="00176842" w:rsidRPr="00991687" w14:paraId="680367B3" w14:textId="77777777">
        <w:trPr>
          <w:jc w:val="center"/>
        </w:trPr>
        <w:tc>
          <w:tcPr>
            <w:tcW w:w="3312" w:type="dxa"/>
            <w:vAlign w:val="center"/>
          </w:tcPr>
          <w:p w14:paraId="6CED4717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Ámbito</w:t>
            </w:r>
          </w:p>
        </w:tc>
        <w:tc>
          <w:tcPr>
            <w:tcW w:w="3312" w:type="dxa"/>
            <w:vAlign w:val="center"/>
          </w:tcPr>
          <w:p w14:paraId="65CD2B46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Servidor o cabina de almacenamiento</w:t>
            </w:r>
          </w:p>
        </w:tc>
        <w:tc>
          <w:tcPr>
            <w:tcW w:w="3312" w:type="dxa"/>
            <w:vAlign w:val="center"/>
          </w:tcPr>
          <w:p w14:paraId="0B020841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Clúster distribuido</w:t>
            </w:r>
          </w:p>
        </w:tc>
      </w:tr>
      <w:tr w:rsidR="00176842" w:rsidRPr="00991687" w14:paraId="46CC586E" w14:textId="77777777">
        <w:trPr>
          <w:jc w:val="center"/>
        </w:trPr>
        <w:tc>
          <w:tcPr>
            <w:tcW w:w="3312" w:type="dxa"/>
            <w:vAlign w:val="center"/>
          </w:tcPr>
          <w:p w14:paraId="65AE1FCF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Redundancia</w:t>
            </w:r>
          </w:p>
        </w:tc>
        <w:tc>
          <w:tcPr>
            <w:tcW w:w="3312" w:type="dxa"/>
            <w:vAlign w:val="center"/>
          </w:tcPr>
          <w:p w14:paraId="6407239C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Espejo o paridad</w:t>
            </w:r>
          </w:p>
        </w:tc>
        <w:tc>
          <w:tcPr>
            <w:tcW w:w="3312" w:type="dxa"/>
            <w:vAlign w:val="center"/>
          </w:tcPr>
          <w:p w14:paraId="00EE0898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 xml:space="preserve">Replicación de </w:t>
            </w:r>
            <w:r w:rsidRPr="00991687">
              <w:rPr>
                <w:sz w:val="19"/>
                <w:lang w:val="es-ES"/>
              </w:rPr>
              <w:t>bloques</w:t>
            </w:r>
          </w:p>
        </w:tc>
      </w:tr>
      <w:tr w:rsidR="00176842" w:rsidRPr="00991687" w14:paraId="642887BC" w14:textId="77777777">
        <w:trPr>
          <w:jc w:val="center"/>
        </w:trPr>
        <w:tc>
          <w:tcPr>
            <w:tcW w:w="3312" w:type="dxa"/>
            <w:vAlign w:val="center"/>
          </w:tcPr>
          <w:p w14:paraId="28694A0E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Objetivo</w:t>
            </w:r>
          </w:p>
        </w:tc>
        <w:tc>
          <w:tcPr>
            <w:tcW w:w="3312" w:type="dxa"/>
            <w:vAlign w:val="center"/>
          </w:tcPr>
          <w:p w14:paraId="6A4AD513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Disponibilidad/rendimiento del almacenamiento local</w:t>
            </w:r>
          </w:p>
        </w:tc>
        <w:tc>
          <w:tcPr>
            <w:tcW w:w="3312" w:type="dxa"/>
            <w:vAlign w:val="center"/>
          </w:tcPr>
          <w:p w14:paraId="53DD1983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Almacenar grandes volúmenes distribuidos con tolerancia a fallos</w:t>
            </w:r>
          </w:p>
        </w:tc>
      </w:tr>
      <w:tr w:rsidR="00176842" w:rsidRPr="00991687" w14:paraId="4B6CFAB4" w14:textId="77777777">
        <w:trPr>
          <w:jc w:val="center"/>
        </w:trPr>
        <w:tc>
          <w:tcPr>
            <w:tcW w:w="3312" w:type="dxa"/>
            <w:vAlign w:val="center"/>
          </w:tcPr>
          <w:p w14:paraId="01EC2CA4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Ejemplo</w:t>
            </w:r>
          </w:p>
        </w:tc>
        <w:tc>
          <w:tcPr>
            <w:tcW w:w="3312" w:type="dxa"/>
            <w:vAlign w:val="center"/>
          </w:tcPr>
          <w:p w14:paraId="5C792DEC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RAID 1, RAID 5, RAID 10</w:t>
            </w:r>
          </w:p>
        </w:tc>
        <w:tc>
          <w:tcPr>
            <w:tcW w:w="3312" w:type="dxa"/>
            <w:vAlign w:val="center"/>
          </w:tcPr>
          <w:p w14:paraId="2FE3A63B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 xml:space="preserve">Hadoop </w:t>
            </w:r>
            <w:proofErr w:type="spellStart"/>
            <w:r w:rsidRPr="00991687">
              <w:rPr>
                <w:sz w:val="19"/>
                <w:lang w:val="es-ES"/>
              </w:rPr>
              <w:t>Distributed</w:t>
            </w:r>
            <w:proofErr w:type="spellEnd"/>
            <w:r w:rsidRPr="00991687">
              <w:rPr>
                <w:sz w:val="19"/>
                <w:lang w:val="es-ES"/>
              </w:rPr>
              <w:t xml:space="preserve"> File </w:t>
            </w:r>
            <w:proofErr w:type="spellStart"/>
            <w:r w:rsidRPr="00991687">
              <w:rPr>
                <w:sz w:val="19"/>
                <w:lang w:val="es-ES"/>
              </w:rPr>
              <w:t>System</w:t>
            </w:r>
            <w:proofErr w:type="spellEnd"/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176842" w:rsidRPr="00991687" w14:paraId="13526D82" w14:textId="77777777">
        <w:trPr>
          <w:jc w:val="center"/>
        </w:trPr>
        <w:tc>
          <w:tcPr>
            <w:tcW w:w="9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2EDA99FE" w14:textId="0A4CC26C" w:rsidR="00176842" w:rsidRPr="00991687" w:rsidRDefault="001B2E9D" w:rsidP="001B2E9D">
            <w:pPr>
              <w:spacing w:after="40"/>
              <w:ind w:left="2160"/>
              <w:rPr>
                <w:lang w:val="es-ES"/>
              </w:rPr>
            </w:pPr>
            <w:r>
              <w:rPr>
                <w:rFonts w:ascii="Consolas" w:hAnsi="Consolas"/>
                <w:sz w:val="18"/>
                <w:lang w:val="es-ES"/>
              </w:rPr>
              <w:t xml:space="preserve"> </w:t>
            </w:r>
            <w:r>
              <w:rPr>
                <w:rFonts w:ascii="Consolas" w:hAnsi="Consolas"/>
                <w:sz w:val="18"/>
              </w:rPr>
              <w:t xml:space="preserve"> </w:t>
            </w:r>
            <w:r w:rsidRPr="00991687">
              <w:rPr>
                <w:rFonts w:ascii="Consolas" w:hAnsi="Consolas"/>
                <w:sz w:val="18"/>
                <w:lang w:val="es-ES"/>
              </w:rPr>
              <w:t xml:space="preserve">RAID     </w:t>
            </w:r>
            <w:r>
              <w:rPr>
                <w:rFonts w:ascii="Consolas" w:hAnsi="Consolas"/>
                <w:sz w:val="18"/>
                <w:lang w:val="es-ES"/>
              </w:rPr>
              <w:t xml:space="preserve"> </w:t>
            </w:r>
            <w:r w:rsidRPr="00991687">
              <w:rPr>
                <w:rFonts w:ascii="Consolas" w:hAnsi="Consolas"/>
                <w:sz w:val="18"/>
                <w:lang w:val="es-ES"/>
              </w:rPr>
              <w:t xml:space="preserve">                         </w:t>
            </w:r>
            <w:r>
              <w:rPr>
                <w:rFonts w:ascii="Consolas" w:hAnsi="Consolas"/>
                <w:sz w:val="18"/>
                <w:lang w:val="es-ES"/>
              </w:rPr>
              <w:t xml:space="preserve"> </w:t>
            </w:r>
            <w:r>
              <w:rPr>
                <w:rFonts w:ascii="Consolas" w:hAnsi="Consolas"/>
                <w:sz w:val="18"/>
              </w:rPr>
              <w:t xml:space="preserve"> </w:t>
            </w:r>
            <w:r w:rsidRPr="00991687">
              <w:rPr>
                <w:rFonts w:ascii="Consolas" w:hAnsi="Consolas"/>
                <w:sz w:val="18"/>
                <w:lang w:val="es-ES"/>
              </w:rPr>
              <w:t xml:space="preserve"> HDFS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>Servidor                               Clúster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│                            ┌────────┼────────┐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▼                            ▼        ▼        ▼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RAID                         Nodo 1   Nodo 2   Nodo 3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│                            │        │        │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D1 D2 D3 D4                  </w:t>
            </w:r>
            <w:proofErr w:type="gramStart"/>
            <w:r w:rsidRPr="00991687">
              <w:rPr>
                <w:rFonts w:ascii="Consolas" w:hAnsi="Consolas"/>
                <w:sz w:val="18"/>
                <w:lang w:val="es-ES"/>
              </w:rPr>
              <w:t xml:space="preserve">bloques  </w:t>
            </w:r>
            <w:proofErr w:type="spellStart"/>
            <w:r w:rsidRPr="00991687">
              <w:rPr>
                <w:rFonts w:ascii="Consolas" w:hAnsi="Consolas"/>
                <w:sz w:val="18"/>
                <w:lang w:val="es-ES"/>
              </w:rPr>
              <w:t>bloques</w:t>
            </w:r>
            <w:proofErr w:type="spellEnd"/>
            <w:proofErr w:type="gramEnd"/>
            <w:r w:rsidRPr="00991687">
              <w:rPr>
                <w:rFonts w:ascii="Consolas" w:hAnsi="Consolas"/>
                <w:sz w:val="18"/>
                <w:lang w:val="es-ES"/>
              </w:rPr>
              <w:t xml:space="preserve">  </w:t>
            </w:r>
            <w:proofErr w:type="spellStart"/>
            <w:r w:rsidRPr="00991687">
              <w:rPr>
                <w:rFonts w:ascii="Consolas" w:hAnsi="Consolas"/>
                <w:sz w:val="18"/>
                <w:lang w:val="es-ES"/>
              </w:rPr>
              <w:t>bloques</w:t>
            </w:r>
            <w:proofErr w:type="spellEnd"/>
          </w:p>
        </w:tc>
      </w:tr>
    </w:tbl>
    <w:p w14:paraId="01AFC43C" w14:textId="77777777" w:rsidR="00045CF1" w:rsidRPr="00991687" w:rsidRDefault="00045CF1">
      <w:pPr>
        <w:spacing w:after="20"/>
        <w:rPr>
          <w:lang w:val="es-ES"/>
        </w:rPr>
      </w:pPr>
    </w:p>
    <w:p w14:paraId="16728F57" w14:textId="77777777" w:rsidR="00176842" w:rsidRPr="00991687" w:rsidRDefault="000030E4">
      <w:pPr>
        <w:pStyle w:val="Ttulo1"/>
        <w:rPr>
          <w:lang w:val="es-ES"/>
        </w:rPr>
      </w:pPr>
      <w:bookmarkStart w:id="21" w:name="_Toc240535361"/>
      <w:r w:rsidRPr="00991687">
        <w:rPr>
          <w:lang w:val="es-ES"/>
        </w:rPr>
        <w:t>8. Introducción a HDFS</w:t>
      </w:r>
      <w:bookmarkEnd w:id="21"/>
    </w:p>
    <w:p w14:paraId="43F1BF84" w14:textId="77777777" w:rsidR="00176842" w:rsidRPr="00991687" w:rsidRDefault="000030E4">
      <w:pPr>
        <w:rPr>
          <w:lang w:val="es-ES"/>
        </w:rPr>
      </w:pPr>
      <w:r w:rsidRPr="00991687">
        <w:rPr>
          <w:lang w:val="es-ES"/>
        </w:rPr>
        <w:t xml:space="preserve">HDFS (Hadoop </w:t>
      </w:r>
      <w:proofErr w:type="spellStart"/>
      <w:r w:rsidRPr="00991687">
        <w:rPr>
          <w:lang w:val="es-ES"/>
        </w:rPr>
        <w:t>Distributed</w:t>
      </w:r>
      <w:proofErr w:type="spellEnd"/>
      <w:r w:rsidRPr="00991687">
        <w:rPr>
          <w:lang w:val="es-ES"/>
        </w:rPr>
        <w:t xml:space="preserve"> File </w:t>
      </w:r>
      <w:proofErr w:type="spellStart"/>
      <w:r w:rsidRPr="00991687">
        <w:rPr>
          <w:lang w:val="es-ES"/>
        </w:rPr>
        <w:t>System</w:t>
      </w:r>
      <w:proofErr w:type="spellEnd"/>
      <w:r w:rsidRPr="00991687">
        <w:rPr>
          <w:lang w:val="es-ES"/>
        </w:rPr>
        <w:t xml:space="preserve">) está diseñado para almacenar grandes volúmenes de datos repartiendo los archivos entre distintas máquinas. Los archivos se dividen en bloques y estos se almacenan en diferentes </w:t>
      </w:r>
      <w:proofErr w:type="spellStart"/>
      <w:r w:rsidRPr="00991687">
        <w:rPr>
          <w:lang w:val="es-ES"/>
        </w:rPr>
        <w:t>DataNodes</w:t>
      </w:r>
      <w:proofErr w:type="spellEnd"/>
      <w:r w:rsidRPr="00991687">
        <w:rPr>
          <w:lang w:val="es-ES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176842" w:rsidRPr="00991687" w14:paraId="22EB83D7" w14:textId="77777777">
        <w:trPr>
          <w:jc w:val="center"/>
        </w:trPr>
        <w:tc>
          <w:tcPr>
            <w:tcW w:w="9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2C4D0CA9" w14:textId="77777777" w:rsidR="00176842" w:rsidRPr="00991687" w:rsidRDefault="000030E4" w:rsidP="00572C09">
            <w:pPr>
              <w:spacing w:after="40"/>
              <w:ind w:left="2880"/>
              <w:rPr>
                <w:lang w:val="es-ES"/>
              </w:rPr>
            </w:pPr>
            <w:r w:rsidRPr="00991687">
              <w:rPr>
                <w:rFonts w:ascii="Consolas" w:hAnsi="Consolas"/>
                <w:sz w:val="18"/>
                <w:lang w:val="es-ES"/>
              </w:rPr>
              <w:t xml:space="preserve">                 archivo.csv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                  │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</w:r>
            <w:r w:rsidRPr="00991687">
              <w:rPr>
                <w:rFonts w:ascii="Consolas" w:hAnsi="Consolas"/>
                <w:sz w:val="18"/>
                <w:lang w:val="es-ES"/>
              </w:rPr>
              <w:t xml:space="preserve">                     ▼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                 HDFS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                  │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     ┌────────────┼────────────┐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     ▼            ▼            ▼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  Bloque A      Bloque B      Bloque C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     │            │            │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     ▼            ▼            ▼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</w:t>
            </w:r>
            <w:proofErr w:type="spellStart"/>
            <w:r w:rsidRPr="00991687">
              <w:rPr>
                <w:rFonts w:ascii="Consolas" w:hAnsi="Consolas"/>
                <w:sz w:val="18"/>
                <w:lang w:val="es-ES"/>
              </w:rPr>
              <w:t>DataNode</w:t>
            </w:r>
            <w:proofErr w:type="spellEnd"/>
            <w:r w:rsidRPr="00991687">
              <w:rPr>
                <w:rFonts w:ascii="Consolas" w:hAnsi="Consolas"/>
                <w:sz w:val="18"/>
                <w:lang w:val="es-ES"/>
              </w:rPr>
              <w:t xml:space="preserve"> 1   </w:t>
            </w:r>
            <w:proofErr w:type="spellStart"/>
            <w:r w:rsidRPr="00991687">
              <w:rPr>
                <w:rFonts w:ascii="Consolas" w:hAnsi="Consolas"/>
                <w:sz w:val="18"/>
                <w:lang w:val="es-ES"/>
              </w:rPr>
              <w:t>DataNode</w:t>
            </w:r>
            <w:proofErr w:type="spellEnd"/>
            <w:r w:rsidRPr="00991687">
              <w:rPr>
                <w:rFonts w:ascii="Consolas" w:hAnsi="Consolas"/>
                <w:sz w:val="18"/>
                <w:lang w:val="es-ES"/>
              </w:rPr>
              <w:t xml:space="preserve"> 2   </w:t>
            </w:r>
            <w:proofErr w:type="spellStart"/>
            <w:r w:rsidRPr="00991687">
              <w:rPr>
                <w:rFonts w:ascii="Consolas" w:hAnsi="Consolas"/>
                <w:sz w:val="18"/>
                <w:lang w:val="es-ES"/>
              </w:rPr>
              <w:t>DataNode</w:t>
            </w:r>
            <w:proofErr w:type="spellEnd"/>
            <w:r w:rsidRPr="00991687">
              <w:rPr>
                <w:rFonts w:ascii="Consolas" w:hAnsi="Consolas"/>
                <w:sz w:val="18"/>
                <w:lang w:val="es-ES"/>
              </w:rPr>
              <w:t xml:space="preserve"> 3</w:t>
            </w:r>
          </w:p>
        </w:tc>
      </w:tr>
    </w:tbl>
    <w:p w14:paraId="402D9DC8" w14:textId="77777777" w:rsidR="00176842" w:rsidRPr="00991687" w:rsidRDefault="00176842">
      <w:pPr>
        <w:spacing w:after="20"/>
        <w:rPr>
          <w:lang w:val="es-ES"/>
        </w:rPr>
      </w:pPr>
    </w:p>
    <w:p w14:paraId="310AD0DB" w14:textId="77777777" w:rsidR="00176842" w:rsidRPr="00991687" w:rsidRDefault="000030E4">
      <w:pPr>
        <w:pStyle w:val="Ttulo2"/>
        <w:rPr>
          <w:lang w:val="es-ES"/>
        </w:rPr>
      </w:pPr>
      <w:bookmarkStart w:id="22" w:name="_Toc240535362"/>
      <w:r w:rsidRPr="00991687">
        <w:rPr>
          <w:lang w:val="es-ES"/>
        </w:rPr>
        <w:t xml:space="preserve">8.1. </w:t>
      </w:r>
      <w:proofErr w:type="spellStart"/>
      <w:r w:rsidRPr="00991687">
        <w:rPr>
          <w:lang w:val="es-ES"/>
        </w:rPr>
        <w:t>NameNode</w:t>
      </w:r>
      <w:proofErr w:type="spellEnd"/>
      <w:r w:rsidRPr="00991687">
        <w:rPr>
          <w:lang w:val="es-ES"/>
        </w:rPr>
        <w:t xml:space="preserve"> y </w:t>
      </w:r>
      <w:proofErr w:type="spellStart"/>
      <w:r w:rsidRPr="00991687">
        <w:rPr>
          <w:lang w:val="es-ES"/>
        </w:rPr>
        <w:t>DataNodes</w:t>
      </w:r>
      <w:bookmarkEnd w:id="22"/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176842" w:rsidRPr="00991687" w14:paraId="6F19EA1D" w14:textId="77777777">
        <w:trPr>
          <w:jc w:val="center"/>
        </w:trPr>
        <w:tc>
          <w:tcPr>
            <w:tcW w:w="9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06FB3B2D" w14:textId="77777777" w:rsidR="00176842" w:rsidRPr="00991687" w:rsidRDefault="000030E4" w:rsidP="00CC3620">
            <w:pPr>
              <w:spacing w:after="40"/>
              <w:ind w:left="2880"/>
              <w:rPr>
                <w:lang w:val="es-ES"/>
              </w:rPr>
            </w:pPr>
            <w:r w:rsidRPr="00991687">
              <w:rPr>
                <w:rFonts w:ascii="Consolas" w:hAnsi="Consolas"/>
                <w:sz w:val="18"/>
                <w:lang w:val="es-ES"/>
              </w:rPr>
              <w:t xml:space="preserve">                 </w:t>
            </w:r>
            <w:proofErr w:type="spellStart"/>
            <w:r w:rsidRPr="00991687">
              <w:rPr>
                <w:rFonts w:ascii="Consolas" w:hAnsi="Consolas"/>
                <w:sz w:val="18"/>
                <w:lang w:val="es-ES"/>
              </w:rPr>
              <w:t>NameNode</w:t>
            </w:r>
            <w:proofErr w:type="spellEnd"/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    </w:t>
            </w:r>
            <w:proofErr w:type="gramStart"/>
            <w:r w:rsidRPr="00991687">
              <w:rPr>
                <w:rFonts w:ascii="Consolas" w:hAnsi="Consolas"/>
                <w:sz w:val="18"/>
                <w:lang w:val="es-ES"/>
              </w:rPr>
              <w:t xml:space="preserve">   (</w:t>
            </w:r>
            <w:proofErr w:type="gramEnd"/>
            <w:r w:rsidRPr="00991687">
              <w:rPr>
                <w:rFonts w:ascii="Consolas" w:hAnsi="Consolas"/>
                <w:sz w:val="18"/>
                <w:lang w:val="es-ES"/>
              </w:rPr>
              <w:t>gestiona metadatos)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                 │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    ┌────────────┼────────────┐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    ▼            ▼            ▼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</w:t>
            </w:r>
            <w:proofErr w:type="spellStart"/>
            <w:r w:rsidRPr="00991687">
              <w:rPr>
                <w:rFonts w:ascii="Consolas" w:hAnsi="Consolas"/>
                <w:sz w:val="18"/>
                <w:lang w:val="es-ES"/>
              </w:rPr>
              <w:t>DataNode</w:t>
            </w:r>
            <w:proofErr w:type="spellEnd"/>
            <w:r w:rsidRPr="00991687">
              <w:rPr>
                <w:rFonts w:ascii="Consolas" w:hAnsi="Consolas"/>
                <w:sz w:val="18"/>
                <w:lang w:val="es-ES"/>
              </w:rPr>
              <w:t xml:space="preserve"> 1   </w:t>
            </w:r>
            <w:proofErr w:type="spellStart"/>
            <w:r w:rsidRPr="00991687">
              <w:rPr>
                <w:rFonts w:ascii="Consolas" w:hAnsi="Consolas"/>
                <w:sz w:val="18"/>
                <w:lang w:val="es-ES"/>
              </w:rPr>
              <w:t>DataNode</w:t>
            </w:r>
            <w:proofErr w:type="spellEnd"/>
            <w:r w:rsidRPr="00991687">
              <w:rPr>
                <w:rFonts w:ascii="Consolas" w:hAnsi="Consolas"/>
                <w:sz w:val="18"/>
                <w:lang w:val="es-ES"/>
              </w:rPr>
              <w:t xml:space="preserve"> 2   </w:t>
            </w:r>
            <w:proofErr w:type="spellStart"/>
            <w:r w:rsidRPr="00991687">
              <w:rPr>
                <w:rFonts w:ascii="Consolas" w:hAnsi="Consolas"/>
                <w:sz w:val="18"/>
                <w:lang w:val="es-ES"/>
              </w:rPr>
              <w:t>DataNode</w:t>
            </w:r>
            <w:proofErr w:type="spellEnd"/>
            <w:r w:rsidRPr="00991687">
              <w:rPr>
                <w:rFonts w:ascii="Consolas" w:hAnsi="Consolas"/>
                <w:sz w:val="18"/>
                <w:lang w:val="es-ES"/>
              </w:rPr>
              <w:t xml:space="preserve"> </w:t>
            </w:r>
            <w:r w:rsidRPr="00991687">
              <w:rPr>
                <w:rFonts w:ascii="Consolas" w:hAnsi="Consolas"/>
                <w:sz w:val="18"/>
                <w:lang w:val="es-ES"/>
              </w:rPr>
              <w:t>3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 bloques       </w:t>
            </w:r>
            <w:proofErr w:type="spellStart"/>
            <w:r w:rsidRPr="00991687">
              <w:rPr>
                <w:rFonts w:ascii="Consolas" w:hAnsi="Consolas"/>
                <w:sz w:val="18"/>
                <w:lang w:val="es-ES"/>
              </w:rPr>
              <w:t>bloques</w:t>
            </w:r>
            <w:proofErr w:type="spellEnd"/>
            <w:r w:rsidRPr="00991687">
              <w:rPr>
                <w:rFonts w:ascii="Consolas" w:hAnsi="Consolas"/>
                <w:sz w:val="18"/>
                <w:lang w:val="es-ES"/>
              </w:rPr>
              <w:t xml:space="preserve">       </w:t>
            </w:r>
            <w:proofErr w:type="spellStart"/>
            <w:r w:rsidRPr="00991687">
              <w:rPr>
                <w:rFonts w:ascii="Consolas" w:hAnsi="Consolas"/>
                <w:sz w:val="18"/>
                <w:lang w:val="es-ES"/>
              </w:rPr>
              <w:t>bloques</w:t>
            </w:r>
            <w:proofErr w:type="spellEnd"/>
          </w:p>
        </w:tc>
      </w:tr>
    </w:tbl>
    <w:p w14:paraId="5037404A" w14:textId="77777777" w:rsidR="00176842" w:rsidRPr="00991687" w:rsidRDefault="00176842">
      <w:pPr>
        <w:spacing w:after="20"/>
        <w:rPr>
          <w:lang w:val="es-ES"/>
        </w:rPr>
      </w:pPr>
    </w:p>
    <w:p w14:paraId="72AA2422" w14:textId="77777777" w:rsidR="00176842" w:rsidRPr="00991687" w:rsidRDefault="000030E4">
      <w:pPr>
        <w:pStyle w:val="Listaconvietas"/>
        <w:spacing w:after="40"/>
        <w:rPr>
          <w:lang w:val="es-ES"/>
        </w:rPr>
      </w:pPr>
      <w:proofErr w:type="spellStart"/>
      <w:r w:rsidRPr="00991687">
        <w:rPr>
          <w:lang w:val="es-ES"/>
        </w:rPr>
        <w:t>NameNode</w:t>
      </w:r>
      <w:proofErr w:type="spellEnd"/>
      <w:r w:rsidRPr="00991687">
        <w:rPr>
          <w:lang w:val="es-ES"/>
        </w:rPr>
        <w:t>: mantiene los metadatos del sistema de ficheros y sabe qué bloques forman cada archivo y dónde están.</w:t>
      </w:r>
    </w:p>
    <w:p w14:paraId="0439109C" w14:textId="77777777" w:rsidR="00176842" w:rsidRPr="00991687" w:rsidRDefault="000030E4">
      <w:pPr>
        <w:pStyle w:val="Listaconvietas"/>
        <w:spacing w:after="40"/>
        <w:rPr>
          <w:lang w:val="es-ES"/>
        </w:rPr>
      </w:pPr>
      <w:proofErr w:type="spellStart"/>
      <w:r w:rsidRPr="00991687">
        <w:rPr>
          <w:lang w:val="es-ES"/>
        </w:rPr>
        <w:t>DataNodes</w:t>
      </w:r>
      <w:proofErr w:type="spellEnd"/>
      <w:r w:rsidRPr="00991687">
        <w:rPr>
          <w:lang w:val="es-ES"/>
        </w:rPr>
        <w:t>: almacenan físicamente los bloques de datos.</w:t>
      </w:r>
    </w:p>
    <w:p w14:paraId="1C3EE5A6" w14:textId="77777777" w:rsidR="00176842" w:rsidRDefault="000030E4">
      <w:pPr>
        <w:pStyle w:val="Listaconvietas"/>
        <w:spacing w:after="40"/>
        <w:rPr>
          <w:lang w:val="es-ES"/>
        </w:rPr>
      </w:pPr>
      <w:r w:rsidRPr="00991687">
        <w:rPr>
          <w:lang w:val="es-ES"/>
        </w:rPr>
        <w:t>Replicación: HDFS puede mantener varias copias</w:t>
      </w:r>
      <w:r w:rsidRPr="00991687">
        <w:rPr>
          <w:lang w:val="es-ES"/>
        </w:rPr>
        <w:t xml:space="preserve"> de los bloques para soportar la pérdida de nodos o discos.</w:t>
      </w:r>
    </w:p>
    <w:p w14:paraId="33FCD4E4" w14:textId="77777777" w:rsidR="00176842" w:rsidRPr="00991687" w:rsidRDefault="000030E4">
      <w:pPr>
        <w:pStyle w:val="Ttulo1"/>
        <w:rPr>
          <w:lang w:val="es-ES"/>
        </w:rPr>
      </w:pPr>
      <w:bookmarkStart w:id="23" w:name="_Toc240535363"/>
      <w:r w:rsidRPr="00991687">
        <w:rPr>
          <w:lang w:val="es-ES"/>
        </w:rPr>
        <w:t>9. Mapa conceptual final</w:t>
      </w:r>
      <w:bookmarkEnd w:id="23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176842" w:rsidRPr="00991687" w14:paraId="1AEDA466" w14:textId="77777777">
        <w:trPr>
          <w:jc w:val="center"/>
        </w:trPr>
        <w:tc>
          <w:tcPr>
            <w:tcW w:w="9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05800287" w14:textId="77777777" w:rsidR="00176842" w:rsidRPr="00991687" w:rsidRDefault="000030E4" w:rsidP="00045CF1">
            <w:pPr>
              <w:spacing w:after="40"/>
              <w:ind w:left="720"/>
              <w:rPr>
                <w:lang w:val="es-ES"/>
              </w:rPr>
            </w:pPr>
            <w:r w:rsidRPr="00991687">
              <w:rPr>
                <w:rFonts w:ascii="Consolas" w:hAnsi="Consolas"/>
                <w:sz w:val="18"/>
                <w:lang w:val="es-ES"/>
              </w:rPr>
              <w:t xml:space="preserve"> </w:t>
            </w:r>
            <w:r w:rsidRPr="00991687">
              <w:rPr>
                <w:rFonts w:ascii="Consolas" w:hAnsi="Consolas"/>
                <w:sz w:val="18"/>
                <w:lang w:val="es-ES"/>
              </w:rPr>
              <w:t xml:space="preserve">                          ALMACENAMIENTO DE DATOS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                                  │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                      ┌───────────┴───────────┐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                      ▼  </w:t>
            </w:r>
            <w:r w:rsidRPr="00991687">
              <w:rPr>
                <w:rFonts w:ascii="Consolas" w:hAnsi="Consolas"/>
                <w:sz w:val="18"/>
                <w:lang w:val="es-ES"/>
              </w:rPr>
              <w:t xml:space="preserve">                     ▼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             SISTEMA DE FICHEROS             RAID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                      │                       │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         ┌────────────┴────────────┐     varios discos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         ▼                         ▼      rendimiento /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       LO</w:t>
            </w:r>
            <w:r w:rsidRPr="00991687">
              <w:rPr>
                <w:rFonts w:ascii="Consolas" w:hAnsi="Consolas"/>
                <w:sz w:val="18"/>
                <w:lang w:val="es-ES"/>
              </w:rPr>
              <w:t>CAL                  DISTRIBUIDO    redundancia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  NTFS · ext4 · APFS              │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                                  ▼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                                 HDFS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                                  │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                         ┌────────┴────────┐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</w:t>
            </w:r>
            <w:r w:rsidRPr="00991687">
              <w:rPr>
                <w:rFonts w:ascii="Consolas" w:hAnsi="Consolas"/>
                <w:sz w:val="18"/>
                <w:lang w:val="es-ES"/>
              </w:rPr>
              <w:t xml:space="preserve">                          ▼                 ▼</w:t>
            </w:r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                     </w:t>
            </w:r>
            <w:proofErr w:type="spellStart"/>
            <w:r w:rsidRPr="00991687">
              <w:rPr>
                <w:rFonts w:ascii="Consolas" w:hAnsi="Consolas"/>
                <w:sz w:val="18"/>
                <w:lang w:val="es-ES"/>
              </w:rPr>
              <w:t>NameNode</w:t>
            </w:r>
            <w:proofErr w:type="spellEnd"/>
            <w:r w:rsidRPr="00991687">
              <w:rPr>
                <w:rFonts w:ascii="Consolas" w:hAnsi="Consolas"/>
                <w:sz w:val="18"/>
                <w:lang w:val="es-ES"/>
              </w:rPr>
              <w:t xml:space="preserve">          </w:t>
            </w:r>
            <w:proofErr w:type="spellStart"/>
            <w:r w:rsidRPr="00991687">
              <w:rPr>
                <w:rFonts w:ascii="Consolas" w:hAnsi="Consolas"/>
                <w:sz w:val="18"/>
                <w:lang w:val="es-ES"/>
              </w:rPr>
              <w:t>DataNodes</w:t>
            </w:r>
            <w:proofErr w:type="spellEnd"/>
            <w:r w:rsidRPr="00991687">
              <w:rPr>
                <w:rFonts w:ascii="Consolas" w:hAnsi="Consolas"/>
                <w:sz w:val="18"/>
                <w:lang w:val="es-ES"/>
              </w:rPr>
              <w:br/>
              <w:t xml:space="preserve">                       metadatos            datos</w:t>
            </w:r>
          </w:p>
        </w:tc>
      </w:tr>
    </w:tbl>
    <w:p w14:paraId="29C8AF1A" w14:textId="77777777" w:rsidR="00176842" w:rsidRPr="00991687" w:rsidRDefault="00176842">
      <w:pPr>
        <w:spacing w:after="20"/>
        <w:rPr>
          <w:lang w:val="es-ES"/>
        </w:rPr>
      </w:pPr>
    </w:p>
    <w:p w14:paraId="12F24E51" w14:textId="77777777" w:rsidR="00176842" w:rsidRPr="00991687" w:rsidRDefault="000030E4">
      <w:pPr>
        <w:pStyle w:val="Ttulo1"/>
        <w:rPr>
          <w:lang w:val="es-ES"/>
        </w:rPr>
      </w:pPr>
      <w:bookmarkStart w:id="24" w:name="_Toc240535364"/>
      <w:r w:rsidRPr="00991687">
        <w:rPr>
          <w:lang w:val="es-ES"/>
        </w:rPr>
        <w:t>10. Preguntas rápidas para comprobar la comprensión</w:t>
      </w:r>
      <w:bookmarkEnd w:id="24"/>
    </w:p>
    <w:p w14:paraId="74B3330B" w14:textId="77777777" w:rsidR="00176842" w:rsidRPr="00991687" w:rsidRDefault="000030E4">
      <w:pPr>
        <w:pStyle w:val="Listaconnmeros"/>
        <w:spacing w:after="40"/>
        <w:rPr>
          <w:lang w:val="es-ES"/>
        </w:rPr>
      </w:pPr>
      <w:r w:rsidRPr="00991687">
        <w:rPr>
          <w:lang w:val="es-ES"/>
        </w:rPr>
        <w:t>¿Qué diferencia hay entre los datos y los metadatos?</w:t>
      </w:r>
    </w:p>
    <w:p w14:paraId="19BA20FD" w14:textId="77777777" w:rsidR="00176842" w:rsidRPr="00991687" w:rsidRDefault="000030E4">
      <w:pPr>
        <w:pStyle w:val="Listaconnmeros"/>
        <w:spacing w:after="40"/>
        <w:rPr>
          <w:lang w:val="es-ES"/>
        </w:rPr>
      </w:pPr>
      <w:r w:rsidRPr="00991687">
        <w:rPr>
          <w:lang w:val="es-ES"/>
        </w:rPr>
        <w:t>¿Por qué un archivo puede ocupar varios bloques?</w:t>
      </w:r>
    </w:p>
    <w:p w14:paraId="14904448" w14:textId="77777777" w:rsidR="00176842" w:rsidRPr="00991687" w:rsidRDefault="000030E4">
      <w:pPr>
        <w:pStyle w:val="Listaconnmeros"/>
        <w:spacing w:after="40"/>
        <w:rPr>
          <w:lang w:val="es-ES"/>
        </w:rPr>
      </w:pPr>
      <w:r w:rsidRPr="00991687">
        <w:rPr>
          <w:lang w:val="es-ES"/>
        </w:rPr>
        <w:t>¿Cuál es la diferencia principal entre un sistema de ficheros local y uno distribuido?</w:t>
      </w:r>
    </w:p>
    <w:p w14:paraId="7D9844BC" w14:textId="77777777" w:rsidR="00176842" w:rsidRPr="00991687" w:rsidRDefault="000030E4">
      <w:pPr>
        <w:pStyle w:val="Listaconnmeros"/>
        <w:spacing w:after="40"/>
        <w:rPr>
          <w:lang w:val="es-ES"/>
        </w:rPr>
      </w:pPr>
      <w:r w:rsidRPr="00991687">
        <w:rPr>
          <w:lang w:val="es-ES"/>
        </w:rPr>
        <w:t>¿Qué ventaja ofrece RAID 0 y cuál es su principal riesgo?</w:t>
      </w:r>
    </w:p>
    <w:p w14:paraId="5591E48B" w14:textId="77777777" w:rsidR="00176842" w:rsidRPr="00991687" w:rsidRDefault="000030E4">
      <w:pPr>
        <w:pStyle w:val="Listaconnmeros"/>
        <w:spacing w:after="40"/>
        <w:rPr>
          <w:lang w:val="es-ES"/>
        </w:rPr>
      </w:pPr>
      <w:r w:rsidRPr="00991687">
        <w:rPr>
          <w:lang w:val="es-ES"/>
        </w:rPr>
        <w:t>¿En qué se diferencia RAID 1 de RAID 5?</w:t>
      </w:r>
    </w:p>
    <w:p w14:paraId="58F99943" w14:textId="77777777" w:rsidR="00176842" w:rsidRPr="00991687" w:rsidRDefault="000030E4">
      <w:pPr>
        <w:pStyle w:val="Listaconnmeros"/>
        <w:spacing w:after="40"/>
        <w:rPr>
          <w:lang w:val="es-ES"/>
        </w:rPr>
      </w:pPr>
      <w:r w:rsidRPr="00991687">
        <w:rPr>
          <w:lang w:val="es-ES"/>
        </w:rPr>
        <w:t>¿Cuántos fallos de dis</w:t>
      </w:r>
      <w:r w:rsidRPr="00991687">
        <w:rPr>
          <w:lang w:val="es-ES"/>
        </w:rPr>
        <w:t>co puede tolerar RAID 6?</w:t>
      </w:r>
    </w:p>
    <w:p w14:paraId="7A798756" w14:textId="77777777" w:rsidR="00176842" w:rsidRPr="00991687" w:rsidRDefault="000030E4">
      <w:pPr>
        <w:pStyle w:val="Listaconnmeros"/>
        <w:spacing w:after="40"/>
        <w:rPr>
          <w:lang w:val="es-ES"/>
        </w:rPr>
      </w:pPr>
      <w:r w:rsidRPr="00991687">
        <w:rPr>
          <w:lang w:val="es-ES"/>
        </w:rPr>
        <w:t>¿Por qué RAID no sustituye a una copia de seguridad?</w:t>
      </w:r>
    </w:p>
    <w:p w14:paraId="2349F2F1" w14:textId="77777777" w:rsidR="00176842" w:rsidRPr="00991687" w:rsidRDefault="000030E4">
      <w:pPr>
        <w:pStyle w:val="Listaconnmeros"/>
        <w:spacing w:after="40"/>
        <w:rPr>
          <w:lang w:val="es-ES"/>
        </w:rPr>
      </w:pPr>
      <w:r w:rsidRPr="00991687">
        <w:rPr>
          <w:lang w:val="es-ES"/>
        </w:rPr>
        <w:t>¿A qué nivel trabaja RAID y a qué nivel trabaja HDFS?</w:t>
      </w:r>
    </w:p>
    <w:p w14:paraId="66F9D566" w14:textId="77777777" w:rsidR="00176842" w:rsidRPr="00991687" w:rsidRDefault="000030E4">
      <w:pPr>
        <w:pStyle w:val="Listaconnmeros"/>
        <w:spacing w:after="40"/>
        <w:rPr>
          <w:lang w:val="es-ES"/>
        </w:rPr>
      </w:pPr>
      <w:r w:rsidRPr="00991687">
        <w:rPr>
          <w:lang w:val="es-ES"/>
        </w:rPr>
        <w:t xml:space="preserve">¿Qué función cumple el </w:t>
      </w:r>
      <w:proofErr w:type="spellStart"/>
      <w:r w:rsidRPr="00991687">
        <w:rPr>
          <w:lang w:val="es-ES"/>
        </w:rPr>
        <w:t>NameNode</w:t>
      </w:r>
      <w:proofErr w:type="spellEnd"/>
      <w:r w:rsidRPr="00991687">
        <w:rPr>
          <w:lang w:val="es-ES"/>
        </w:rPr>
        <w:t>?</w:t>
      </w:r>
    </w:p>
    <w:p w14:paraId="197C9FB2" w14:textId="77777777" w:rsidR="00176842" w:rsidRDefault="000030E4">
      <w:pPr>
        <w:pStyle w:val="Listaconnmeros"/>
        <w:spacing w:after="40"/>
        <w:rPr>
          <w:lang w:val="es-ES"/>
        </w:rPr>
      </w:pPr>
      <w:r w:rsidRPr="00991687">
        <w:rPr>
          <w:lang w:val="es-ES"/>
        </w:rPr>
        <w:t>¿Por qué HDFS replica bloques?</w:t>
      </w:r>
    </w:p>
    <w:p w14:paraId="06AB04E7" w14:textId="77777777" w:rsidR="009A3E3C" w:rsidRPr="00991687" w:rsidRDefault="009A3E3C" w:rsidP="009A3E3C">
      <w:pPr>
        <w:pStyle w:val="Listaconnmeros"/>
        <w:numPr>
          <w:ilvl w:val="0"/>
          <w:numId w:val="0"/>
        </w:numPr>
        <w:spacing w:after="40"/>
        <w:ind w:left="360"/>
        <w:rPr>
          <w:lang w:val="es-ES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176842" w:rsidRPr="00991687" w14:paraId="55FDF24C" w14:textId="77777777">
        <w:trPr>
          <w:jc w:val="center"/>
        </w:trPr>
        <w:tc>
          <w:tcPr>
            <w:tcW w:w="9936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F2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D0729E2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b/>
                <w:color w:val="1F4E79"/>
                <w:sz w:val="22"/>
                <w:lang w:val="es-ES"/>
              </w:rPr>
              <w:t>🎯</w:t>
            </w:r>
            <w:r w:rsidRPr="00991687">
              <w:rPr>
                <w:b/>
                <w:color w:val="1F4E79"/>
                <w:sz w:val="22"/>
                <w:lang w:val="es-ES"/>
              </w:rPr>
              <w:t xml:space="preserve"> Idea final</w:t>
            </w:r>
          </w:p>
          <w:p w14:paraId="76DEA21C" w14:textId="77777777" w:rsidR="00176842" w:rsidRPr="00991687" w:rsidRDefault="000030E4">
            <w:pPr>
              <w:spacing w:after="40"/>
              <w:rPr>
                <w:lang w:val="es-ES"/>
              </w:rPr>
            </w:pPr>
            <w:r w:rsidRPr="00991687">
              <w:rPr>
                <w:sz w:val="19"/>
                <w:lang w:val="es-ES"/>
              </w:rPr>
              <w:t>En Big Data, el almacenamiento no consiste so</w:t>
            </w:r>
            <w:r w:rsidRPr="00991687">
              <w:rPr>
                <w:sz w:val="19"/>
                <w:lang w:val="es-ES"/>
              </w:rPr>
              <w:t>lo en “guardar archivos”. Hay que decidir cómo organizarlos, cómo repartirlos, cómo mantenerlos disponibles ante fallos y cómo escalar cuando una sola máquina deja de ser suficiente.</w:t>
            </w:r>
          </w:p>
        </w:tc>
      </w:tr>
    </w:tbl>
    <w:p w14:paraId="0A453DA1" w14:textId="77777777" w:rsidR="00176842" w:rsidRPr="00991687" w:rsidRDefault="00176842">
      <w:pPr>
        <w:spacing w:after="40"/>
        <w:rPr>
          <w:lang w:val="es-ES"/>
        </w:rPr>
      </w:pPr>
    </w:p>
    <w:sectPr w:rsidR="00176842" w:rsidRPr="00991687" w:rsidSect="00150480">
      <w:headerReference w:type="default" r:id="rId8"/>
      <w:footerReference w:type="default" r:id="rId9"/>
      <w:pgSz w:w="12240" w:h="15840"/>
      <w:pgMar w:top="936" w:right="1152" w:bottom="127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87A9E4" w14:textId="77777777" w:rsidR="000030E4" w:rsidRDefault="000030E4">
      <w:pPr>
        <w:spacing w:after="0" w:line="240" w:lineRule="auto"/>
      </w:pPr>
      <w:r>
        <w:separator/>
      </w:r>
    </w:p>
  </w:endnote>
  <w:endnote w:type="continuationSeparator" w:id="0">
    <w:p w14:paraId="6F271646" w14:textId="77777777" w:rsidR="000030E4" w:rsidRDefault="00003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6D28AB" w14:textId="77777777" w:rsidR="001042D6" w:rsidRDefault="001042D6">
    <w:pPr>
      <w:pStyle w:val="Piedepgina"/>
      <w:jc w:val="right"/>
    </w:pPr>
    <w:r>
      <w:rPr>
        <w:color w:val="4F81BD" w:themeColor="accent1"/>
        <w:sz w:val="20"/>
        <w:szCs w:val="20"/>
        <w:lang w:val="es-ES"/>
      </w:rPr>
      <w:t xml:space="preserve">pág. </w:t>
    </w:r>
    <w:r>
      <w:rPr>
        <w:color w:val="4F81BD" w:themeColor="accent1"/>
        <w:sz w:val="20"/>
        <w:szCs w:val="20"/>
      </w:rPr>
      <w:fldChar w:fldCharType="begin"/>
    </w:r>
    <w:r>
      <w:rPr>
        <w:color w:val="4F81BD" w:themeColor="accent1"/>
        <w:sz w:val="20"/>
        <w:szCs w:val="20"/>
      </w:rPr>
      <w:instrText>PAGE  \* Arabic</w:instrText>
    </w:r>
    <w:r>
      <w:rPr>
        <w:color w:val="4F81BD" w:themeColor="accent1"/>
        <w:sz w:val="20"/>
        <w:szCs w:val="20"/>
      </w:rPr>
      <w:fldChar w:fldCharType="separate"/>
    </w:r>
    <w:r>
      <w:rPr>
        <w:color w:val="4F81BD" w:themeColor="accent1"/>
        <w:sz w:val="20"/>
        <w:szCs w:val="20"/>
        <w:lang w:val="es-ES"/>
      </w:rPr>
      <w:t>1</w:t>
    </w:r>
    <w:r>
      <w:rPr>
        <w:color w:val="4F81BD" w:themeColor="accent1"/>
        <w:sz w:val="20"/>
        <w:szCs w:val="20"/>
      </w:rPr>
      <w:fldChar w:fldCharType="end"/>
    </w:r>
  </w:p>
  <w:p w14:paraId="1874A1CC" w14:textId="77777777" w:rsidR="001042D6" w:rsidRDefault="001042D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21AED9" w14:textId="77777777" w:rsidR="000030E4" w:rsidRDefault="000030E4">
      <w:pPr>
        <w:spacing w:after="0" w:line="240" w:lineRule="auto"/>
      </w:pPr>
      <w:r>
        <w:separator/>
      </w:r>
    </w:p>
  </w:footnote>
  <w:footnote w:type="continuationSeparator" w:id="0">
    <w:p w14:paraId="51A54353" w14:textId="77777777" w:rsidR="000030E4" w:rsidRDefault="000030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2307956"/>
      <w:docPartObj>
        <w:docPartGallery w:val="Page Numbers (Top of Page)"/>
        <w:docPartUnique/>
      </w:docPartObj>
    </w:sdtPr>
    <w:sdtEndPr/>
    <w:sdtContent>
      <w:p w14:paraId="747CD349" w14:textId="77777777" w:rsidR="001042D6" w:rsidRPr="00C61561" w:rsidRDefault="001042D6" w:rsidP="001042D6">
        <w:pPr>
          <w:pStyle w:val="Encabezado"/>
          <w:jc w:val="right"/>
          <w:rPr>
            <w:rStyle w:val="nfasisintenso"/>
            <w:lang w:val="es-ES"/>
          </w:rPr>
        </w:pPr>
        <w:r w:rsidRPr="00C61561">
          <w:rPr>
            <w:noProof/>
            <w:lang w:val="es-ES"/>
          </w:rPr>
          <w:drawing>
            <wp:anchor distT="0" distB="0" distL="114300" distR="114300" simplePos="0" relativeHeight="251660800" behindDoc="0" locked="0" layoutInCell="1" allowOverlap="1" wp14:anchorId="0EB148FC" wp14:editId="4249AF6F">
              <wp:simplePos x="0" y="0"/>
              <wp:positionH relativeFrom="column">
                <wp:posOffset>-213360</wp:posOffset>
              </wp:positionH>
              <wp:positionV relativeFrom="paragraph">
                <wp:posOffset>-219075</wp:posOffset>
              </wp:positionV>
              <wp:extent cx="1628775" cy="535940"/>
              <wp:effectExtent l="0" t="0" r="9525" b="0"/>
              <wp:wrapSquare wrapText="bothSides"/>
              <wp:docPr id="15" name="Imagen 1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28775" cy="5359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C61561">
          <w:rPr>
            <w:rStyle w:val="nfasisintenso"/>
            <w:lang w:val="es-ES"/>
          </w:rPr>
          <w:t>Curso de especialización en IA y Big data</w:t>
        </w:r>
      </w:p>
      <w:p w14:paraId="2E37A5C1" w14:textId="2086A56C" w:rsidR="00991687" w:rsidRPr="001042D6" w:rsidRDefault="001042D6" w:rsidP="001042D6">
        <w:pPr>
          <w:pStyle w:val="Encabezado"/>
          <w:jc w:val="right"/>
          <w:rPr>
            <w:b/>
            <w:bCs/>
            <w:i/>
            <w:iCs/>
            <w:color w:val="4F81BD" w:themeColor="accent1"/>
            <w:lang w:val="es-ES"/>
          </w:rPr>
        </w:pPr>
        <w:r w:rsidRPr="00C61561">
          <w:rPr>
            <w:rStyle w:val="nfasisintenso"/>
            <w:lang w:val="es-ES"/>
          </w:rPr>
          <w:t>Módulo de Sistemas Big Data</w:t>
        </w:r>
      </w:p>
    </w:sdtContent>
  </w:sdt>
  <w:p w14:paraId="395E1A6F" w14:textId="4479C198" w:rsidR="00176842" w:rsidRPr="00DC2CB2" w:rsidRDefault="00176842" w:rsidP="00DC2CB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30E4"/>
    <w:rsid w:val="00034616"/>
    <w:rsid w:val="00045CF1"/>
    <w:rsid w:val="0006063C"/>
    <w:rsid w:val="001042D6"/>
    <w:rsid w:val="00150480"/>
    <w:rsid w:val="0015074B"/>
    <w:rsid w:val="00151012"/>
    <w:rsid w:val="00176842"/>
    <w:rsid w:val="001B2E9D"/>
    <w:rsid w:val="001D3E6D"/>
    <w:rsid w:val="00276435"/>
    <w:rsid w:val="0029639D"/>
    <w:rsid w:val="002A54CA"/>
    <w:rsid w:val="00326F90"/>
    <w:rsid w:val="00521EEA"/>
    <w:rsid w:val="00572C09"/>
    <w:rsid w:val="005F4F4A"/>
    <w:rsid w:val="00626DD6"/>
    <w:rsid w:val="006776B3"/>
    <w:rsid w:val="006C1905"/>
    <w:rsid w:val="006F6214"/>
    <w:rsid w:val="007A22FF"/>
    <w:rsid w:val="00991687"/>
    <w:rsid w:val="009A3E3C"/>
    <w:rsid w:val="00A138FB"/>
    <w:rsid w:val="00A63642"/>
    <w:rsid w:val="00AA1D8D"/>
    <w:rsid w:val="00B47730"/>
    <w:rsid w:val="00C37B9E"/>
    <w:rsid w:val="00C679B2"/>
    <w:rsid w:val="00CB0664"/>
    <w:rsid w:val="00CC3620"/>
    <w:rsid w:val="00DC2CB2"/>
    <w:rsid w:val="00E221CF"/>
    <w:rsid w:val="00EA11F9"/>
    <w:rsid w:val="00FC693F"/>
    <w:rsid w:val="00FD5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BAD90A6"/>
  <w14:defaultImageDpi w14:val="300"/>
  <w15:docId w15:val="{98502C16-E799-440D-A8EC-C7D64AB67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280"/>
      <w:outlineLvl w:val="0"/>
    </w:pPr>
    <w:rPr>
      <w:rFonts w:asciiTheme="majorHAnsi" w:eastAsiaTheme="majorEastAsia" w:hAnsiTheme="majorHAnsi" w:cstheme="majorBidi"/>
      <w:b/>
      <w:bCs/>
      <w:color w:val="1F4E79"/>
      <w:sz w:val="34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2F75B5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/>
      <w:sz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DC1">
    <w:name w:val="toc 1"/>
    <w:basedOn w:val="Normal"/>
    <w:next w:val="Normal"/>
    <w:autoRedefine/>
    <w:uiPriority w:val="39"/>
    <w:unhideWhenUsed/>
    <w:rsid w:val="00521EEA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521EEA"/>
    <w:pPr>
      <w:spacing w:after="100"/>
      <w:ind w:left="210"/>
    </w:pPr>
  </w:style>
  <w:style w:type="character" w:styleId="Hipervnculo">
    <w:name w:val="Hyperlink"/>
    <w:basedOn w:val="Fuentedeprrafopredeter"/>
    <w:uiPriority w:val="99"/>
    <w:unhideWhenUsed/>
    <w:rsid w:val="00521E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45CF7FB-1CFF-48E7-B22C-8AF124C2D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12</Pages>
  <Words>2462</Words>
  <Characters>13543</Characters>
  <Application>Microsoft Office Word</Application>
  <DocSecurity>0</DocSecurity>
  <Lines>112</Lines>
  <Paragraphs>31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15974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Ainhoa Zugadi</cp:lastModifiedBy>
  <cp:revision>26</cp:revision>
  <dcterms:created xsi:type="dcterms:W3CDTF">2013-12-23T23:15:00Z</dcterms:created>
  <dcterms:modified xsi:type="dcterms:W3CDTF">2026-09-18T07:55:00Z</dcterms:modified>
  <cp:category/>
</cp:coreProperties>
</file>