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C87" w:rsidRPr="00D36C87" w:rsidRDefault="00D36C87">
      <w:pPr>
        <w:jc w:val="center"/>
        <w:rPr>
          <w:color w:val="595959"/>
          <w:sz w:val="28"/>
        </w:rPr>
      </w:pPr>
    </w:p>
    <w:p w:rsidR="00FF6490" w:rsidRDefault="00382B0C">
      <w:pPr>
        <w:jc w:val="center"/>
        <w:rPr>
          <w:rFonts w:hint="eastAsia"/>
        </w:rPr>
      </w:pPr>
      <w:r>
        <w:rPr>
          <w:b/>
          <w:color w:val="2F75B5"/>
          <w:sz w:val="26"/>
        </w:rPr>
        <w:t>PYTHON Y FICHEROS DE DATOS</w:t>
      </w:r>
    </w:p>
    <w:p w:rsidR="00FF6490" w:rsidRDefault="00382B0C">
      <w:pPr>
        <w:jc w:val="center"/>
        <w:rPr>
          <w:rFonts w:hint="eastAsia"/>
        </w:rPr>
      </w:pPr>
      <w:r>
        <w:rPr>
          <w:b/>
          <w:color w:val="17365D"/>
          <w:sz w:val="56"/>
        </w:rPr>
        <w:t>Tutorial práctico de JSON, CSV y logs</w:t>
      </w:r>
    </w:p>
    <w:p w:rsidR="00FF6490" w:rsidRDefault="00382B0C">
      <w:pPr>
        <w:jc w:val="center"/>
        <w:rPr>
          <w:rFonts w:hint="eastAsia"/>
        </w:rPr>
      </w:pPr>
      <w:r>
        <w:rPr>
          <w:color w:val="595959"/>
          <w:sz w:val="28"/>
        </w:rPr>
        <w:t>Lectura, escritura, tratamiento de errores y práctica integrada</w:t>
      </w:r>
    </w:p>
    <w:p w:rsidR="00FF6490" w:rsidRDefault="00382B0C">
      <w:pPr>
        <w:rPr>
          <w:rFonts w:hint="eastAsia"/>
        </w:rPr>
      </w:pPr>
      <w: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Objetivo: </w:t>
            </w:r>
            <w:r>
              <w:t>Aprender a almacenar, recuperar y transformar datos con las librerías estándar json, csv y logging de Python.</w:t>
            </w:r>
          </w:p>
        </w:tc>
        <w:bookmarkStart w:id="0" w:name="_GoBack"/>
        <w:bookmarkEnd w:id="0"/>
      </w:tr>
    </w:tbl>
    <w:p w:rsidR="00FF6490" w:rsidRDefault="00FF6490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6803"/>
      </w:tblGrid>
      <w:tr w:rsidR="00FF6490">
        <w:trPr>
          <w:tblHeader/>
          <w:jc w:val="center"/>
        </w:trPr>
        <w:tc>
          <w:tcPr>
            <w:tcW w:w="1984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Bloque</w:t>
            </w:r>
          </w:p>
        </w:tc>
        <w:tc>
          <w:tcPr>
            <w:tcW w:w="6803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Qué aprenderás</w:t>
            </w:r>
          </w:p>
        </w:tc>
      </w:tr>
      <w:tr w:rsidR="00FF6490">
        <w:trPr>
          <w:jc w:val="center"/>
        </w:trPr>
        <w:tc>
          <w:tcPr>
            <w:tcW w:w="19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1. JSON</w:t>
            </w:r>
          </w:p>
        </w:tc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Diccionarios, listas, load, loads, dump y dumps</w:t>
            </w:r>
          </w:p>
        </w:tc>
      </w:tr>
      <w:tr w:rsidR="00FF6490">
        <w:trPr>
          <w:jc w:val="center"/>
        </w:trPr>
        <w:tc>
          <w:tcPr>
            <w:tcW w:w="198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2. CSV</w:t>
            </w:r>
          </w:p>
        </w:tc>
        <w:tc>
          <w:tcPr>
            <w:tcW w:w="6803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reader, writer, DictReader y DictWriter</w:t>
            </w:r>
          </w:p>
        </w:tc>
      </w:tr>
      <w:tr w:rsidR="00FF6490">
        <w:trPr>
          <w:jc w:val="center"/>
        </w:trPr>
        <w:tc>
          <w:tcPr>
            <w:tcW w:w="19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3. Logs</w:t>
            </w:r>
          </w:p>
        </w:tc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Niveles, mensajes, ficheros y captura de excepciones</w:t>
            </w:r>
          </w:p>
        </w:tc>
      </w:tr>
      <w:tr w:rsidR="00FF6490">
        <w:trPr>
          <w:jc w:val="center"/>
        </w:trPr>
        <w:tc>
          <w:tcPr>
            <w:tcW w:w="198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4. Integración</w:t>
            </w:r>
          </w:p>
        </w:tc>
        <w:tc>
          <w:tcPr>
            <w:tcW w:w="6803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 xml:space="preserve">Procesar un CSV, generar un JSON y registrar la </w:t>
            </w:r>
            <w:r>
              <w:rPr>
                <w:sz w:val="18"/>
              </w:rPr>
              <w:t>ejecución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jc w:val="center"/>
        <w:rPr>
          <w:rFonts w:hint="eastAsia"/>
        </w:rPr>
      </w:pPr>
      <w:r>
        <w:rPr>
          <w:i/>
        </w:rPr>
        <w:t>Material preparado para trabajar en Visual Studio Code</w:t>
      </w:r>
    </w:p>
    <w:p w:rsidR="00FF6490" w:rsidRDefault="00382B0C">
      <w:pPr>
        <w:rPr>
          <w:rFonts w:hint="eastAsia"/>
        </w:rPr>
      </w:pPr>
      <w:r>
        <w:br w:type="page"/>
      </w:r>
    </w:p>
    <w:p w:rsidR="00FF6490" w:rsidRDefault="00382B0C">
      <w:pPr>
        <w:pStyle w:val="Ttulo1"/>
      </w:pPr>
      <w:r>
        <w:lastRenderedPageBreak/>
        <w:t>1. Preparación del entorno</w:t>
      </w:r>
    </w:p>
    <w:p w:rsidR="00FF6490" w:rsidRDefault="00382B0C">
      <w:pPr>
        <w:rPr>
          <w:rFonts w:hint="eastAsia"/>
        </w:rPr>
      </w:pPr>
      <w:r>
        <w:t xml:space="preserve">Las tres librerías utilizadas forman parte de Python. No es necesario ejecutar pip install. Solo necesitamos tener Python instalado y seleccionado en Visual </w:t>
      </w:r>
      <w:r>
        <w:t>Studio Code.</w:t>
      </w:r>
    </w:p>
    <w:p w:rsidR="00FF6490" w:rsidRDefault="00382B0C">
      <w:pPr>
        <w:pStyle w:val="Ttulo2"/>
      </w:pPr>
      <w:r>
        <w:t>1.1. Comprobar Python</w:t>
      </w:r>
    </w:p>
    <w:p w:rsidR="00FF6490" w:rsidRDefault="00382B0C">
      <w:pPr>
        <w:rPr>
          <w:rFonts w:hint="eastAsia"/>
        </w:rPr>
      </w:pPr>
      <w:r>
        <w:t>Abre la terminal de VS Code y ejecuta uno de estos comandos: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python --version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py --version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rPr>
          <w:rFonts w:hint="eastAsia"/>
        </w:rPr>
      </w:pPr>
      <w:r>
        <w:t>En Windows suele funcionar mejor el lanzador py. Para ejecutar un programa puedes usar: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py programa.py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1.2. Crear el proyecto</w:t>
      </w:r>
    </w:p>
    <w:p w:rsidR="00FF6490" w:rsidRDefault="00382B0C">
      <w:pPr>
        <w:pStyle w:val="Listaconnmeros"/>
        <w:rPr>
          <w:rFonts w:hint="eastAsia"/>
        </w:rPr>
      </w:pPr>
      <w:r>
        <w:t>Crea una carpeta llamada python_ficheros.</w:t>
      </w:r>
    </w:p>
    <w:p w:rsidR="00FF6490" w:rsidRDefault="00382B0C">
      <w:pPr>
        <w:pStyle w:val="Listaconnmeros"/>
        <w:rPr>
          <w:rFonts w:hint="eastAsia"/>
        </w:rPr>
      </w:pPr>
      <w:r>
        <w:t>Ábrela desde VS Code.</w:t>
      </w:r>
    </w:p>
    <w:p w:rsidR="00FF6490" w:rsidRDefault="00382B0C">
      <w:pPr>
        <w:pStyle w:val="Listaconnmeros"/>
        <w:rPr>
          <w:rFonts w:hint="eastAsia"/>
        </w:rPr>
      </w:pPr>
      <w:r>
        <w:t>Crea las subcarpetas datos y logs.</w:t>
      </w:r>
    </w:p>
    <w:p w:rsidR="00FF6490" w:rsidRDefault="00382B0C">
      <w:pPr>
        <w:pStyle w:val="Listaconnmeros"/>
        <w:rPr>
          <w:rFonts w:hint="eastAsia"/>
        </w:rPr>
      </w:pPr>
      <w:r>
        <w:t>Crea un primer archivo llamado prueba.py.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python_ficheros/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├── datos/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├── logs/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└── prueba.py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CE4D6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Importante: </w:t>
            </w:r>
            <w:r>
              <w:t xml:space="preserve">Las rutas relativas se calculan desde la carpeta </w:t>
            </w:r>
            <w:r>
              <w:t>desde la que ejecutas el programa. Abre la terminal en python_ficheros.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>2. Trabajar con JSON</w:t>
      </w:r>
    </w:p>
    <w:p w:rsidR="00FF6490" w:rsidRDefault="00382B0C">
      <w:pPr>
        <w:rPr>
          <w:rFonts w:hint="eastAsia"/>
        </w:rPr>
      </w:pPr>
      <w:r>
        <w:t xml:space="preserve">JSON (JavaScript Object Notation) es un formato de texto muy utilizado para intercambiar datos entre aplicaciones y APIs. Sus datos se organizan mediante </w:t>
      </w:r>
      <w:r>
        <w:t>objetos, listas y valores simples.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268"/>
        <w:gridCol w:w="4535"/>
      </w:tblGrid>
      <w:tr w:rsidR="00FF6490">
        <w:trPr>
          <w:tblHeader/>
          <w:jc w:val="center"/>
        </w:trPr>
        <w:tc>
          <w:tcPr>
            <w:tcW w:w="1984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JSON</w:t>
            </w:r>
          </w:p>
        </w:tc>
        <w:tc>
          <w:tcPr>
            <w:tcW w:w="2268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Python</w:t>
            </w:r>
          </w:p>
        </w:tc>
        <w:tc>
          <w:tcPr>
            <w:tcW w:w="4535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Ejemplo</w:t>
            </w:r>
          </w:p>
        </w:tc>
      </w:tr>
      <w:tr w:rsidR="00FF6490">
        <w:trPr>
          <w:jc w:val="center"/>
        </w:trPr>
        <w:tc>
          <w:tcPr>
            <w:tcW w:w="19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object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dict</w:t>
            </w:r>
          </w:p>
        </w:tc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{"nombre": "Ane"}</w:t>
            </w:r>
          </w:p>
        </w:tc>
      </w:tr>
      <w:tr w:rsidR="00FF6490">
        <w:trPr>
          <w:jc w:val="center"/>
        </w:trPr>
        <w:tc>
          <w:tcPr>
            <w:tcW w:w="198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array</w:t>
            </w:r>
          </w:p>
        </w:tc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list</w:t>
            </w:r>
          </w:p>
        </w:tc>
        <w:tc>
          <w:tcPr>
            <w:tcW w:w="4535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["Python", "SQL"]</w:t>
            </w:r>
          </w:p>
        </w:tc>
      </w:tr>
      <w:tr w:rsidR="00FF6490">
        <w:trPr>
          <w:jc w:val="center"/>
        </w:trPr>
        <w:tc>
          <w:tcPr>
            <w:tcW w:w="19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string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str</w:t>
            </w:r>
          </w:p>
        </w:tc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"Bilbao"</w:t>
            </w:r>
          </w:p>
        </w:tc>
      </w:tr>
      <w:tr w:rsidR="00FF6490">
        <w:trPr>
          <w:jc w:val="center"/>
        </w:trPr>
        <w:tc>
          <w:tcPr>
            <w:tcW w:w="198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number</w:t>
            </w:r>
          </w:p>
        </w:tc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int / float</w:t>
            </w:r>
          </w:p>
        </w:tc>
        <w:tc>
          <w:tcPr>
            <w:tcW w:w="4535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25 / 8.5</w:t>
            </w:r>
          </w:p>
        </w:tc>
      </w:tr>
      <w:tr w:rsidR="00FF6490">
        <w:trPr>
          <w:jc w:val="center"/>
        </w:trPr>
        <w:tc>
          <w:tcPr>
            <w:tcW w:w="19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true / false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True / False</w:t>
            </w:r>
          </w:p>
        </w:tc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true</w:t>
            </w:r>
          </w:p>
        </w:tc>
      </w:tr>
      <w:tr w:rsidR="00FF6490">
        <w:trPr>
          <w:jc w:val="center"/>
        </w:trPr>
        <w:tc>
          <w:tcPr>
            <w:tcW w:w="198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lastRenderedPageBreak/>
              <w:t>null</w:t>
            </w:r>
          </w:p>
        </w:tc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4535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null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 xml:space="preserve">2.1. Convertir un texto JSON en datos </w:t>
      </w:r>
      <w:r>
        <w:t>Python</w:t>
      </w:r>
    </w:p>
    <w:p w:rsidR="00FF6490" w:rsidRDefault="00382B0C">
      <w:pPr>
        <w:rPr>
          <w:rFonts w:hint="eastAsia"/>
        </w:rPr>
      </w:pPr>
      <w:r>
        <w:t>json.loads() recibe una cadena de texto y devuelve normalmente un diccionario o una lista.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json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texto = '{"nombre": "Ane", "edad": 20, "activa": true}'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alumna = json.loads(texto)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print(alumna["nombre"])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print(type(alumna))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 xml:space="preserve">2.2. Leer un </w:t>
      </w:r>
      <w:r>
        <w:t>fichero JSON</w:t>
      </w:r>
    </w:p>
    <w:p w:rsidR="00FF6490" w:rsidRDefault="00382B0C">
      <w:pPr>
        <w:rPr>
          <w:rFonts w:hint="eastAsia"/>
        </w:rPr>
      </w:pPr>
      <w:r>
        <w:t>Crea datos/alumnos.json: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[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{"id": 1, "nombre": "Ane", "nota": 8.5},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{"id": 2, "nombre": "Unai", "nota": 6.0},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{"id": 3, "nombre": "Leire", "nota": 9.2}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]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rPr>
          <w:rFonts w:hint="eastAsia"/>
        </w:rPr>
      </w:pPr>
      <w:r>
        <w:t>Después utiliza json.load() para leer directamente el fichero: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json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with</w:t>
            </w:r>
            <w:r>
              <w:t xml:space="preserve"> open("datos/alumnos.json", "r", encoding="utf-8")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alumnos = json.load(fichero)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for alumno in alumnos: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print(f'{alumno["nombre"]}: {alumno["nota"]}')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load o loads: </w:t>
            </w:r>
            <w:r>
              <w:t>load() lee desde un fichero abierto; loads() convierte una cadena de</w:t>
            </w:r>
            <w:r>
              <w:t xml:space="preserve"> texto. La letra s puede recordarte string.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2.3. Escribir un fichero JSON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json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alumnos = [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{"id": 1, "nombre": "Ane", "nota": 8.5},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{"id": 2, "nombre": "Unai", "nota": 6.0}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]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lastRenderedPageBreak/>
              <w:t xml:space="preserve">with open("datos/alumnos_salida.json", "w", </w:t>
            </w:r>
            <w:r>
              <w:t>encoding="utf-8")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json.dump(alumnos, fichero, ensure_ascii=False, indent=4)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236"/>
      </w:tblGrid>
      <w:tr w:rsidR="00FF6490">
        <w:trPr>
          <w:tblHeader/>
          <w:jc w:val="center"/>
        </w:trPr>
        <w:tc>
          <w:tcPr>
            <w:tcW w:w="2551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236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Utilidad</w:t>
            </w:r>
          </w:p>
        </w:tc>
      </w:tr>
      <w:tr w:rsidR="00FF6490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ensure_ascii=False</w:t>
            </w:r>
          </w:p>
        </w:tc>
        <w:tc>
          <w:tcPr>
            <w:tcW w:w="62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Conserva tildes, eñes y otros caracteres legibles.</w:t>
            </w:r>
          </w:p>
        </w:tc>
      </w:tr>
      <w:tr w:rsidR="00FF6490">
        <w:trPr>
          <w:jc w:val="center"/>
        </w:trPr>
        <w:tc>
          <w:tcPr>
            <w:tcW w:w="255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indent=4</w:t>
            </w:r>
          </w:p>
        </w:tc>
        <w:tc>
          <w:tcPr>
            <w:tcW w:w="6236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Formatea el JSON con sangría.</w:t>
            </w:r>
          </w:p>
        </w:tc>
      </w:tr>
      <w:tr w:rsidR="00FF6490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sort_keys=True</w:t>
            </w:r>
          </w:p>
        </w:tc>
        <w:tc>
          <w:tcPr>
            <w:tcW w:w="62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 xml:space="preserve">Ordena las </w:t>
            </w:r>
            <w:r>
              <w:rPr>
                <w:sz w:val="18"/>
              </w:rPr>
              <w:t>claves alfabéticamente.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2.4. Errores habituales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json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try: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with open("datos/alumnos.json", encoding="utf-8")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alumnos = json.load(fichero)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except FileNotFoundError: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print("No se encuentra el fichero")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except </w:t>
            </w:r>
            <w:r>
              <w:t>json.JSONDecodeError as 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print(f"El JSON no es válido: {error}")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except OSError as 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print(f"No se pudo leer el fichero: {error}")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Actividad 1. Estadísticas desde JSON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E2F0D9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Enunciado: </w:t>
            </w:r>
            <w:r>
              <w:t>Lee alumnos.json, muestra solo quienes tengan una nota i</w:t>
            </w:r>
            <w:r>
              <w:t>gual o superior a 5 y calcula la nota media. Guarda los aprobados en aprobados.json.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>3. Trabajar con CSV</w:t>
      </w:r>
    </w:p>
    <w:p w:rsidR="00FF6490" w:rsidRDefault="00382B0C">
      <w:pPr>
        <w:rPr>
          <w:rFonts w:hint="eastAsia"/>
        </w:rPr>
      </w:pPr>
      <w:r>
        <w:t>CSV almacena datos tabulares. Cada línea representa una fila y sus campos están separados por un delimitador, normalmente coma o punto y coma. Es hab</w:t>
      </w:r>
      <w:r>
        <w:t>itual en hojas de cálculo, exportaciones y conjuntos de datos abiertos.</w:t>
      </w:r>
    </w:p>
    <w:p w:rsidR="00FF6490" w:rsidRDefault="00382B0C">
      <w:pPr>
        <w:pStyle w:val="Ttulo2"/>
      </w:pPr>
      <w:r>
        <w:t>3.1. Leer por posición con csv.reader</w:t>
      </w:r>
    </w:p>
    <w:p w:rsidR="00FF6490" w:rsidRDefault="00382B0C">
      <w:pPr>
        <w:rPr>
          <w:rFonts w:hint="eastAsia"/>
        </w:rPr>
      </w:pPr>
      <w:r>
        <w:t>Crea datos/ventas.csv: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producto;cantidad;precio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Teclado;3;25.50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Ratón;5;14.90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Monitor;2;189.00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lastRenderedPageBreak/>
              <w:t>import csv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with open("datos/ventas.csv", "r", </w:t>
            </w:r>
            <w:r>
              <w:t>encoding="utf-8", newline="")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lector = csv.reader(fichero, delimiter=";")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cabecera = next(lector)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for fila in lector: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producto = fila[0]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cantidad = int(fila[1])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precio = float(fila[2])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print(producto,</w:t>
            </w:r>
            <w:r>
              <w:t xml:space="preserve"> cantidad * precio)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3.2. Leer por nombres con csv.DictReader</w:t>
      </w:r>
    </w:p>
    <w:p w:rsidR="00FF6490" w:rsidRDefault="00382B0C">
      <w:pPr>
        <w:rPr>
          <w:rFonts w:hint="eastAsia"/>
        </w:rPr>
      </w:pPr>
      <w:r>
        <w:t>DictReader utiliza la primera fila como nombres de campo. El código suele ser más claro porque evita índices como fila[0].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csv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with open("datos/ventas.csv", encoding="utf-8", </w:t>
            </w:r>
            <w:r>
              <w:t>newline="")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lector = csv.DictReader(fichero, delimiter=";")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for fila in lector: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total = int(fila["cantidad"]) * float(fila["precio"])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print(f'{fila["producto"]}: {total:.2f} €')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3.3. Escribir con csv.DictWriter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import </w:t>
            </w:r>
            <w:r>
              <w:t>csv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ventas = [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{"producto": "Webcam", "cantidad": 2, "precio": 45.0},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{"producto": "Altavoces", "cantidad": 4, "precio": 29.9}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]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campos = ["producto", "cantidad", "precio"]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with open("datos/nuevas_ventas.csv", "w", encoding="utf-8", newline="")</w:t>
            </w:r>
            <w:r>
              <w:t xml:space="preserve">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escritor = csv.DictWriter(fichero, fieldnames=campos, delimiter=";")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escritor.writeheader()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escritor.writerows(ventas)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newline: </w:t>
            </w:r>
            <w:r>
              <w:t xml:space="preserve">Al trabajar con CSV se recomienda newline="" para evitar líneas en blanco adicionales, especialmente </w:t>
            </w:r>
            <w:r>
              <w:t>en Windows.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3.4. Decimales y delimitadores</w:t>
      </w:r>
    </w:p>
    <w:p w:rsidR="00FF6490" w:rsidRDefault="00382B0C">
      <w:pPr>
        <w:rPr>
          <w:rFonts w:hint="eastAsia"/>
        </w:rPr>
      </w:pPr>
      <w:r>
        <w:t>Un CSV puede usar coma, punto y coma o tabulador. Debes conocer el formato de origen. Si el decimal aparece como 25,50, no puedes convertirlo directamente con float().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precio_texto = "25,50"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precio = float(preci</w:t>
            </w:r>
            <w:r>
              <w:t>o_texto.replace(",", "."))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lastRenderedPageBreak/>
        <w:t>Actividad 2. Resumen de ventas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E2F0D9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Enunciado: </w:t>
            </w:r>
            <w:r>
              <w:t>Lee ventas.csv, calcula el importe de cada fila y el importe total. Crea resumen_ventas.csv con las columnas producto, cantidad, precio e importe.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 xml:space="preserve">4. Registrar la ejecución con </w:t>
      </w:r>
      <w:r>
        <w:t>logging</w:t>
      </w:r>
    </w:p>
    <w:p w:rsidR="00FF6490" w:rsidRDefault="00382B0C">
      <w:pPr>
        <w:rPr>
          <w:rFonts w:hint="eastAsia"/>
        </w:rPr>
      </w:pPr>
      <w:r>
        <w:t>Un log es un registro cronológico de lo que ocurre durante la ejecución. La librería logging permite guardar información, avisos y errores sin depender únicamente de print(). Es especialmente útil en procesos automáticos y ETL.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520"/>
      </w:tblGrid>
      <w:tr w:rsidR="00FF6490">
        <w:trPr>
          <w:tblHeader/>
          <w:jc w:val="center"/>
        </w:trPr>
        <w:tc>
          <w:tcPr>
            <w:tcW w:w="2268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Nivel</w:t>
            </w:r>
          </w:p>
        </w:tc>
        <w:tc>
          <w:tcPr>
            <w:tcW w:w="6520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 xml:space="preserve">Cuándo </w:t>
            </w:r>
            <w:r>
              <w:rPr>
                <w:b/>
                <w:color w:val="FFFFFF"/>
                <w:sz w:val="18"/>
              </w:rPr>
              <w:t>utilizarlo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DEBUG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Detalles técnicos para diagnosticar el programa.</w:t>
            </w:r>
          </w:p>
        </w:tc>
      </w:tr>
      <w:tr w:rsidR="00FF6490">
        <w:trPr>
          <w:jc w:val="center"/>
        </w:trPr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INFO</w:t>
            </w:r>
          </w:p>
        </w:tc>
        <w:tc>
          <w:tcPr>
            <w:tcW w:w="6520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Operaciones normales: inicio, fin, filas procesadas.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WARNING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Situación inesperada que permite continuar.</w:t>
            </w:r>
          </w:p>
        </w:tc>
      </w:tr>
      <w:tr w:rsidR="00FF6490">
        <w:trPr>
          <w:jc w:val="center"/>
        </w:trPr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ERROR</w:t>
            </w:r>
          </w:p>
        </w:tc>
        <w:tc>
          <w:tcPr>
            <w:tcW w:w="6520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Una operación ha fallado.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CRITICAL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 xml:space="preserve">Fallo grave que puede impedir </w:t>
            </w:r>
            <w:r>
              <w:rPr>
                <w:sz w:val="18"/>
              </w:rPr>
              <w:t>continuar.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4.1. Configuración básica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logging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logging.basicConfig(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level=logging.INFO,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format="%(asctime)s | %(levelname)s | %(message)s",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filename="logs/aplicacion.log",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encoding="utf-8"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logging.info("Comienza el programa")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logging.warning("Falta un dato opcional")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logging.error("No se pudo procesar una fila")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rPr>
          <w:rFonts w:hint="eastAsia"/>
        </w:rPr>
      </w:pPr>
      <w:r>
        <w:t>Si filename no se indica, los mensajes se muestran en la terminal. basicConfig() debe ejecutarse antes de emitir los mensajes.</w:t>
      </w:r>
    </w:p>
    <w:p w:rsidR="00FF6490" w:rsidRDefault="00382B0C">
      <w:pPr>
        <w:pStyle w:val="Ttulo2"/>
      </w:pPr>
      <w:r>
        <w:t>4.2. Registrar excepciones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loggi</w:t>
            </w:r>
            <w:r>
              <w:t>ng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logging.basicConfig(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filename="logs/errores.log",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level=logging.INFO,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lastRenderedPageBreak/>
              <w:t xml:space="preserve">    format="%(asctime)s | %(levelname)s | %(message)s",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encoding="utf-8"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try: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numero = int("hola")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except ValueError: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logging.exception("No se pudo convertir el valor a entero")</w:t>
            </w:r>
          </w:p>
        </w:tc>
      </w:tr>
    </w:tbl>
    <w:p w:rsidR="00FF6490" w:rsidRDefault="00FF649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CE4D6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logging.exception: </w:t>
            </w:r>
            <w:r>
              <w:t>Se utiliza dentro de except. Además del mensaje, guarda la traza del error, lo que facilita localizar su origen.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4.3. Mostrar por pantalla y guardar en fichero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import </w:t>
            </w:r>
            <w:r>
              <w:t>logging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logger = logging.getLogger("procesador")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logger.setLevel(logging.INFO)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formato = logging.Formatter("%(asctime)s | %(levelname)s | %(message)s")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fichero = logging.FileHandler("logs/proceso.log", encoding="utf-8")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pantalla = </w:t>
            </w:r>
            <w:r>
              <w:t>logging.StreamHandler()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fichero.setFormatter(formato)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pantalla.setFormatter(formato)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logger.addHandler(fichero)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logger.addHandler(pantalla)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logger.info("Aplicación preparada")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Actividad 3. Log de validación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E2F0D9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Enunciado: </w:t>
            </w:r>
            <w:r>
              <w:t>Recorre una lista de edades. Regis</w:t>
            </w:r>
            <w:r>
              <w:t>tra INFO para valores válidos, WARNING para edades negativas o superiores a 120 y ERROR si un valor no puede convertirse a entero.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>5. Práctica integrada: CSV → JSON + log</w:t>
      </w:r>
    </w:p>
    <w:p w:rsidR="00FF6490" w:rsidRDefault="00382B0C">
      <w:pPr>
        <w:rPr>
          <w:rFonts w:hint="eastAsia"/>
        </w:rPr>
      </w:pPr>
      <w:r>
        <w:t xml:space="preserve">El programa leerá ventas.csv, validará sus filas, calculará importes, guardará los </w:t>
      </w:r>
      <w:r>
        <w:t>resultados en JSON y registrará la ejecución. Esta estructura es una versión sencilla de un proceso ETL: extraer, transformar y cargar.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F4F6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pStyle w:val="Cdigo"/>
              <w:rPr>
                <w:rFonts w:hint="eastAsia"/>
              </w:rPr>
            </w:pPr>
            <w:r>
              <w:t>import csv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import json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import logging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from pathlib import Path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DATOS = Path("datos")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LOGS = Path("logs")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lastRenderedPageBreak/>
              <w:t>DATOS.mkdir(e</w:t>
            </w:r>
            <w:r>
              <w:t>xist_ok=True)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LOGS.mkdir(exist_ok=True)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logging.basicConfig(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filename=LOGS / "conversion.log",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level=logging.INFO,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format="%(asctime)s | %(levelname)s | %(message)s",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encoding="utf-8"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def leer_ventas(ruta):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ventas = []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with open(ruta, encoding="utf-8", newline="")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lector = csv.DictReader(fichero, delimiter=";")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for numero, fila in enumerate(lector, start=2):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try: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cantidad = int(fila["cantidad"])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</w:t>
            </w:r>
            <w:r>
              <w:t>precio = float(fila["precio"].replace(",", "."))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if cantidad &lt; 0 or precio &lt; 0: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    raise ValueError("cantidad o precio negativo")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ventas.append({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    "producto": fila["producto"],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    "cantidad": cantidad,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    "precio": precio,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    "importe": round(cantidad * precio, 2)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})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except (ValueError, TypeError) as 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        logging.warning("Fila %s omit</w:t>
            </w:r>
            <w:r>
              <w:t>ida: %s", numero, error)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return ventas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def guardar_json(datos, ruta):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with open(ruta, "w", encoding="utf-8") as fichero: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json.dump(datos, fichero, ensure_ascii=False, indent=4)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def main():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logging.info("Inicio del proceso")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try: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ventas = leer_ventas(DATOS / "ventas.csv")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guardar_json(ventas, DATOS / "ventas.json")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total = sum(venta["importe"] for venta in ventas)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logging.info("Fin: %s filas válidas; total %.2f €", len(ventas), total)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print(f"Proceso completado. Total: {total:.2f} €")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except FileNotFoundError as 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logging.error("Fichero de entrada inexistente: %s", error)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except OSError: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    logging.exception("Error de lectura o escritura")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>if __name__</w:t>
            </w:r>
            <w:r>
              <w:t xml:space="preserve"> == "__main__":</w:t>
            </w:r>
          </w:p>
          <w:p w:rsidR="00FF6490" w:rsidRDefault="00382B0C">
            <w:pPr>
              <w:pStyle w:val="Cdigo"/>
              <w:rPr>
                <w:rFonts w:hint="eastAsia"/>
              </w:rPr>
            </w:pPr>
            <w:r>
              <w:t xml:space="preserve">    main()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5.1. Qué debes comprobar</w:t>
      </w:r>
    </w:p>
    <w:p w:rsidR="00FF6490" w:rsidRDefault="00382B0C">
      <w:pPr>
        <w:pStyle w:val="Listaconvietas"/>
        <w:rPr>
          <w:rFonts w:hint="eastAsia"/>
        </w:rPr>
      </w:pPr>
      <w:r>
        <w:t>Se crea datos/ventas.json con las filas válidas.</w:t>
      </w:r>
    </w:p>
    <w:p w:rsidR="00FF6490" w:rsidRDefault="00382B0C">
      <w:pPr>
        <w:pStyle w:val="Listaconvietas"/>
        <w:rPr>
          <w:rFonts w:hint="eastAsia"/>
        </w:rPr>
      </w:pPr>
      <w:r>
        <w:t>El fichero logs/conversion.log contiene el inicio y el final.</w:t>
      </w:r>
    </w:p>
    <w:p w:rsidR="00FF6490" w:rsidRDefault="00382B0C">
      <w:pPr>
        <w:pStyle w:val="Listaconvietas"/>
        <w:rPr>
          <w:rFonts w:hint="eastAsia"/>
        </w:rPr>
      </w:pPr>
      <w:r>
        <w:t>Una fila incorrecta se omite y genera un WARNING.</w:t>
      </w:r>
    </w:p>
    <w:p w:rsidR="00FF6490" w:rsidRDefault="00382B0C">
      <w:pPr>
        <w:pStyle w:val="Listaconvietas"/>
        <w:rPr>
          <w:rFonts w:hint="eastAsia"/>
        </w:rPr>
      </w:pPr>
      <w:r>
        <w:t>Si falta ventas.csv, el programa no termi</w:t>
      </w:r>
      <w:r>
        <w:t>na con un error sin controlar.</w:t>
      </w:r>
    </w:p>
    <w:p w:rsidR="00FF6490" w:rsidRDefault="00382B0C">
      <w:pPr>
        <w:pStyle w:val="Ttulo2"/>
      </w:pPr>
      <w:r>
        <w:lastRenderedPageBreak/>
        <w:t>5.2. Ampliaciones propuestas</w:t>
      </w:r>
    </w:p>
    <w:p w:rsidR="00FF6490" w:rsidRDefault="00382B0C">
      <w:pPr>
        <w:pStyle w:val="Listaconnmeros"/>
        <w:rPr>
          <w:rFonts w:hint="eastAsia"/>
        </w:rPr>
      </w:pPr>
      <w:r>
        <w:t>Añade al JSON la fecha y hora del proceso.</w:t>
      </w:r>
    </w:p>
    <w:p w:rsidR="00FF6490" w:rsidRDefault="00382B0C">
      <w:pPr>
        <w:pStyle w:val="Listaconnmeros"/>
        <w:rPr>
          <w:rFonts w:hint="eastAsia"/>
        </w:rPr>
      </w:pPr>
      <w:r>
        <w:t>Rechaza filas cuyo nombre de producto esté vacío.</w:t>
      </w:r>
    </w:p>
    <w:p w:rsidR="00FF6490" w:rsidRDefault="00382B0C">
      <w:pPr>
        <w:pStyle w:val="Listaconnmeros"/>
        <w:rPr>
          <w:rFonts w:hint="eastAsia"/>
        </w:rPr>
      </w:pPr>
      <w:r>
        <w:t>Genera también un CSV que contenga únicamente las filas incorrectas.</w:t>
      </w:r>
    </w:p>
    <w:p w:rsidR="00FF6490" w:rsidRDefault="00382B0C">
      <w:pPr>
        <w:pStyle w:val="Listaconnmeros"/>
        <w:rPr>
          <w:rFonts w:hint="eastAsia"/>
        </w:rPr>
      </w:pPr>
      <w:r>
        <w:t xml:space="preserve">Permite indicar el fichero de </w:t>
      </w:r>
      <w:r>
        <w:t>entrada desde el teclado.</w:t>
      </w:r>
    </w:p>
    <w:p w:rsidR="00FF6490" w:rsidRDefault="00382B0C">
      <w:pPr>
        <w:pStyle w:val="Listaconnmeros"/>
        <w:rPr>
          <w:rFonts w:hint="eastAsia"/>
        </w:rPr>
      </w:pPr>
      <w:r>
        <w:t>Muestra el producto con mayor importe.</w:t>
      </w:r>
    </w:p>
    <w:p w:rsidR="00FF6490" w:rsidRDefault="00382B0C">
      <w:pPr>
        <w:pStyle w:val="Ttulo1"/>
      </w:pPr>
      <w:r>
        <w:t>6. Resumen de funciones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3061"/>
        <w:gridCol w:w="4252"/>
      </w:tblGrid>
      <w:tr w:rsidR="00FF6490">
        <w:trPr>
          <w:tblHeader/>
          <w:jc w:val="center"/>
        </w:trPr>
        <w:tc>
          <w:tcPr>
            <w:tcW w:w="1474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Librería</w:t>
            </w:r>
          </w:p>
        </w:tc>
        <w:tc>
          <w:tcPr>
            <w:tcW w:w="3061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Función o clase</w:t>
            </w:r>
          </w:p>
        </w:tc>
        <w:tc>
          <w:tcPr>
            <w:tcW w:w="4252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Finalidad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json.load(fichero)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Lee JSON desde un fichero.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json.loads(texto)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Convierte texto JSON en datos Python.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json.dump(datos, fichero)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Escribe datos Python en un fichero JSON.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json.dumps(datos)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Convierte datos Python en texto JSON.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csv.reader(fichero)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Lee filas como listas.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csv.DictReader(fichero)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Lee filas como diccionarios.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csv.writer(fichero)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Escribe filas a partir de listas.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csv.DictWriter(fichero, ...)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Escribe filas a partir de diccionarios.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logging.info(...)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Registra una operación normal.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logging.warning(...)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Registra una advertencia.</w:t>
            </w:r>
          </w:p>
        </w:tc>
      </w:tr>
      <w:tr w:rsidR="00FF6490">
        <w:trPr>
          <w:jc w:val="center"/>
        </w:trPr>
        <w:tc>
          <w:tcPr>
            <w:tcW w:w="147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logging.error(...)</w:t>
            </w: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Registra un error.</w:t>
            </w:r>
          </w:p>
        </w:tc>
      </w:tr>
      <w:tr w:rsidR="00FF6490">
        <w:trPr>
          <w:jc w:val="center"/>
        </w:trPr>
        <w:tc>
          <w:tcPr>
            <w:tcW w:w="1474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</w:t>
            </w:r>
          </w:p>
        </w:tc>
        <w:tc>
          <w:tcPr>
            <w:tcW w:w="3061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logging.exception(...)</w:t>
            </w:r>
          </w:p>
        </w:tc>
        <w:tc>
          <w:tcPr>
            <w:tcW w:w="4252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Registra un error y su traza dentro de except.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>7. Reto final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FF6490">
        <w:trPr>
          <w:jc w:val="center"/>
        </w:trPr>
        <w:tc>
          <w:tcPr>
            <w:tcW w:w="9858" w:type="dxa"/>
            <w:shd w:val="clear" w:color="auto" w:fill="D9EAF7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1F374E"/>
              </w:rPr>
              <w:t xml:space="preserve">Situación: </w:t>
            </w:r>
            <w:r>
              <w:t>Un centro educativo recibe un CSV con resultados del alumnado. Se necesita validar los datos, crear un JSON para</w:t>
            </w:r>
            <w:r>
              <w:t xml:space="preserve"> otra aplicación y conservar un registro completo del proceso.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2"/>
      </w:pPr>
      <w:r>
        <w:t>Requisitos</w:t>
      </w:r>
    </w:p>
    <w:p w:rsidR="00FF6490" w:rsidRDefault="00382B0C">
      <w:pPr>
        <w:pStyle w:val="Listaconnmeros"/>
        <w:rPr>
          <w:rFonts w:hint="eastAsia"/>
        </w:rPr>
      </w:pPr>
      <w:r>
        <w:t>El CSV contiene id, nombre, módulo y nota.</w:t>
      </w:r>
    </w:p>
    <w:p w:rsidR="00FF6490" w:rsidRDefault="00382B0C">
      <w:pPr>
        <w:pStyle w:val="Listaconnmeros"/>
        <w:rPr>
          <w:rFonts w:hint="eastAsia"/>
        </w:rPr>
      </w:pPr>
      <w:r>
        <w:t>La nota debe ser numérica y estar entre 0 y 10.</w:t>
      </w:r>
    </w:p>
    <w:p w:rsidR="00FF6490" w:rsidRDefault="00382B0C">
      <w:pPr>
        <w:pStyle w:val="Listaconnmeros"/>
        <w:rPr>
          <w:rFonts w:hint="eastAsia"/>
        </w:rPr>
      </w:pPr>
      <w:r>
        <w:t>Las filas válidas se guardan en resultados.json.</w:t>
      </w:r>
    </w:p>
    <w:p w:rsidR="00FF6490" w:rsidRDefault="00382B0C">
      <w:pPr>
        <w:pStyle w:val="Listaconnmeros"/>
        <w:rPr>
          <w:rFonts w:hint="eastAsia"/>
        </w:rPr>
      </w:pPr>
      <w:r>
        <w:lastRenderedPageBreak/>
        <w:t>Las filas inválidas se registran como WA</w:t>
      </w:r>
      <w:r>
        <w:t>RNING indicando su número.</w:t>
      </w:r>
    </w:p>
    <w:p w:rsidR="00FF6490" w:rsidRDefault="00382B0C">
      <w:pPr>
        <w:pStyle w:val="Listaconnmeros"/>
        <w:rPr>
          <w:rFonts w:hint="eastAsia"/>
        </w:rPr>
      </w:pPr>
      <w:r>
        <w:t>El inicio, el número de filas válidas y el final se registran como INFO.</w:t>
      </w:r>
    </w:p>
    <w:p w:rsidR="00FF6490" w:rsidRDefault="00382B0C">
      <w:pPr>
        <w:pStyle w:val="Listaconnmeros"/>
        <w:rPr>
          <w:rFonts w:hint="eastAsia"/>
        </w:rPr>
      </w:pPr>
      <w:r>
        <w:t>Los errores de fichero se controlan y se registran como ERROR.</w:t>
      </w:r>
    </w:p>
    <w:p w:rsidR="00FF6490" w:rsidRDefault="00382B0C">
      <w:pPr>
        <w:pStyle w:val="Listaconnmeros"/>
        <w:rPr>
          <w:rFonts w:hint="eastAsia"/>
        </w:rPr>
      </w:pPr>
      <w:r>
        <w:t>El programa muestra la nota media por módulo.</w:t>
      </w:r>
    </w:p>
    <w:p w:rsidR="00FF6490" w:rsidRDefault="00382B0C">
      <w:pPr>
        <w:pStyle w:val="Ttulo2"/>
      </w:pPr>
      <w:r>
        <w:t>Criterios de comprobación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520"/>
      </w:tblGrid>
      <w:tr w:rsidR="00FF6490">
        <w:trPr>
          <w:tblHeader/>
          <w:jc w:val="center"/>
        </w:trPr>
        <w:tc>
          <w:tcPr>
            <w:tcW w:w="2268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w="6520" w:type="dxa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FF6490" w:rsidRDefault="00382B0C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Comprobación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Lectura CSV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Usa DictReader y el delimitador correcto.</w:t>
            </w:r>
          </w:p>
        </w:tc>
      </w:tr>
      <w:tr w:rsidR="00FF6490">
        <w:trPr>
          <w:jc w:val="center"/>
        </w:trPr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Validación</w:t>
            </w:r>
          </w:p>
        </w:tc>
        <w:tc>
          <w:tcPr>
            <w:tcW w:w="6520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Controla valores vacíos, no numéricos y fuera de rango.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Salida JSON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Es legible, conserva caracteres y contiene solo datos válidos.</w:t>
            </w:r>
          </w:p>
        </w:tc>
      </w:tr>
      <w:tr w:rsidR="00FF6490">
        <w:trPr>
          <w:jc w:val="center"/>
        </w:trPr>
        <w:tc>
          <w:tcPr>
            <w:tcW w:w="2268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Logs</w:t>
            </w:r>
          </w:p>
        </w:tc>
        <w:tc>
          <w:tcPr>
            <w:tcW w:w="6520" w:type="dxa"/>
            <w:shd w:val="clear" w:color="auto" w:fill="EE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Utiliza niveles adecuados y mensajes útiles.</w:t>
            </w:r>
          </w:p>
        </w:tc>
      </w:tr>
      <w:tr w:rsidR="00FF6490">
        <w:trPr>
          <w:jc w:val="center"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Código</w:t>
            </w:r>
          </w:p>
        </w:tc>
        <w:tc>
          <w:tcPr>
            <w:tcW w:w="6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F6490" w:rsidRDefault="00382B0C">
            <w:pPr>
              <w:rPr>
                <w:rFonts w:hint="eastAsia"/>
              </w:rPr>
            </w:pPr>
            <w:r>
              <w:rPr>
                <w:sz w:val="18"/>
              </w:rPr>
              <w:t>Se divide en funciones y utiliza with para abrir ficheros.</w:t>
            </w:r>
          </w:p>
        </w:tc>
      </w:tr>
    </w:tbl>
    <w:p w:rsidR="00FF6490" w:rsidRDefault="00FF6490">
      <w:pPr>
        <w:rPr>
          <w:rFonts w:hint="eastAsia"/>
        </w:rPr>
      </w:pPr>
    </w:p>
    <w:p w:rsidR="00FF6490" w:rsidRDefault="00382B0C">
      <w:pPr>
        <w:pStyle w:val="Ttulo1"/>
      </w:pPr>
      <w:r>
        <w:t>8. Buenas prácticas</w:t>
      </w:r>
    </w:p>
    <w:p w:rsidR="00FF6490" w:rsidRDefault="00382B0C">
      <w:pPr>
        <w:pStyle w:val="Listaconvietas"/>
        <w:rPr>
          <w:rFonts w:hint="eastAsia"/>
        </w:rPr>
      </w:pPr>
      <w:r>
        <w:t>Abrir ficheros con with para que se cierren incluso si ocurre un error.</w:t>
      </w:r>
    </w:p>
    <w:p w:rsidR="00FF6490" w:rsidRDefault="00382B0C">
      <w:pPr>
        <w:pStyle w:val="Listaconvietas"/>
        <w:rPr>
          <w:rFonts w:hint="eastAsia"/>
        </w:rPr>
      </w:pPr>
      <w:r>
        <w:t>Indicar encoding="utf-8" al trabajar con texto.</w:t>
      </w:r>
    </w:p>
    <w:p w:rsidR="00FF6490" w:rsidRDefault="00382B0C">
      <w:pPr>
        <w:pStyle w:val="Listaconvietas"/>
        <w:rPr>
          <w:rFonts w:hint="eastAsia"/>
        </w:rPr>
      </w:pPr>
      <w:r>
        <w:t>Usar newline="" en ficheros CSV.</w:t>
      </w:r>
    </w:p>
    <w:p w:rsidR="00FF6490" w:rsidRDefault="00382B0C">
      <w:pPr>
        <w:pStyle w:val="Listaconvietas"/>
        <w:rPr>
          <w:rFonts w:hint="eastAsia"/>
        </w:rPr>
      </w:pPr>
      <w:r>
        <w:t>Convertir explí</w:t>
      </w:r>
      <w:r>
        <w:t>citamente los números leídos de un CSV: todos los campos llegan como texto.</w:t>
      </w:r>
    </w:p>
    <w:p w:rsidR="00FF6490" w:rsidRDefault="00382B0C">
      <w:pPr>
        <w:pStyle w:val="Listaconvietas"/>
        <w:rPr>
          <w:rFonts w:hint="eastAsia"/>
        </w:rPr>
      </w:pPr>
      <w:r>
        <w:t>No capturar Exception sin necesidad; tratar excepciones concretas.</w:t>
      </w:r>
    </w:p>
    <w:p w:rsidR="00FF6490" w:rsidRDefault="00382B0C">
      <w:pPr>
        <w:pStyle w:val="Listaconvietas"/>
        <w:rPr>
          <w:rFonts w:hint="eastAsia"/>
        </w:rPr>
      </w:pPr>
      <w:r>
        <w:t>Utilizar logs para dejar evidencia del proceso y print() para comunicarse puntualmente con la persona usuaria.</w:t>
      </w:r>
    </w:p>
    <w:p w:rsidR="00FF6490" w:rsidRDefault="00382B0C">
      <w:pPr>
        <w:pStyle w:val="Listaconvietas"/>
        <w:rPr>
          <w:rFonts w:hint="eastAsia"/>
        </w:rPr>
      </w:pPr>
      <w:r>
        <w:t>Separar lectura, transformación y escritura en funciones diferentes.</w:t>
      </w:r>
    </w:p>
    <w:p w:rsidR="00FF6490" w:rsidRDefault="00382B0C">
      <w:pPr>
        <w:pStyle w:val="Listaconvietas"/>
        <w:rPr>
          <w:rFonts w:hint="eastAsia"/>
        </w:rPr>
      </w:pPr>
      <w:r>
        <w:t>No incluir datos sensibles, contraseñas o tokens en los logs.</w:t>
      </w:r>
    </w:p>
    <w:sectPr w:rsidR="00FF6490" w:rsidSect="00FF4CB7">
      <w:headerReference w:type="default" r:id="rId8"/>
      <w:footerReference w:type="default" r:id="rId9"/>
      <w:pgSz w:w="12240" w:h="15840"/>
      <w:pgMar w:top="1441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B0C" w:rsidRDefault="00382B0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82B0C" w:rsidRDefault="00382B0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490" w:rsidRDefault="00382B0C">
    <w:pPr>
      <w:pStyle w:val="Piedepgina"/>
      <w:jc w:val="center"/>
      <w:rPr>
        <w:rFonts w:hint="eastAsia"/>
      </w:rPr>
    </w:pPr>
    <w:r>
      <w:rPr>
        <w:color w:val="646464"/>
        <w:sz w:val="16"/>
      </w:rPr>
      <w:t xml:space="preserve">Python: JSON, CSV y </w:t>
    </w:r>
    <w:proofErr w:type="gramStart"/>
    <w:r>
      <w:rPr>
        <w:color w:val="646464"/>
        <w:sz w:val="16"/>
      </w:rPr>
      <w:t>logs  •</w:t>
    </w:r>
    <w:proofErr w:type="gramEnd"/>
    <w:r>
      <w:rPr>
        <w:color w:val="646464"/>
        <w:sz w:val="16"/>
      </w:rPr>
      <w:t xml:space="preserve">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D36C87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B0C" w:rsidRDefault="00382B0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82B0C" w:rsidRDefault="00382B0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C87" w:rsidRPr="00D36C87" w:rsidRDefault="00FF4CB7" w:rsidP="00D36C87">
    <w:pPr>
      <w:pStyle w:val="Encabezado"/>
      <w:jc w:val="right"/>
      <w:rPr>
        <w:rStyle w:val="nfasisintenso"/>
      </w:rPr>
    </w:pPr>
    <w:r>
      <w:drawing>
        <wp:anchor distT="0" distB="0" distL="114300" distR="114300" simplePos="0" relativeHeight="251658240" behindDoc="0" locked="0" layoutInCell="1" allowOverlap="1" wp14:anchorId="4D1F4AA6">
          <wp:simplePos x="0" y="0"/>
          <wp:positionH relativeFrom="column">
            <wp:posOffset>-213360</wp:posOffset>
          </wp:positionH>
          <wp:positionV relativeFrom="paragraph">
            <wp:posOffset>-219075</wp:posOffset>
          </wp:positionV>
          <wp:extent cx="1628775" cy="535940"/>
          <wp:effectExtent l="0" t="0" r="9525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877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C87" w:rsidRPr="00D36C87">
      <w:rPr>
        <w:rStyle w:val="nfasisintenso"/>
      </w:rPr>
      <w:t>Curso de especialización en IA y Big data</w:t>
    </w:r>
  </w:p>
  <w:p w:rsidR="00D36C87" w:rsidRPr="00D36C87" w:rsidRDefault="00D36C87" w:rsidP="00D36C87">
    <w:pPr>
      <w:pStyle w:val="Encabezado"/>
      <w:jc w:val="right"/>
      <w:rPr>
        <w:rStyle w:val="nfasisintenso"/>
      </w:rPr>
    </w:pPr>
    <w:r w:rsidRPr="00D36C87">
      <w:rPr>
        <w:rStyle w:val="nfasisintenso"/>
      </w:rPr>
      <w:t>Módulo de Big Data Aplicado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2B0C"/>
    <w:rsid w:val="00AA1D8D"/>
    <w:rsid w:val="00B47730"/>
    <w:rsid w:val="00CB0664"/>
    <w:rsid w:val="00D36C87"/>
    <w:rsid w:val="00FC693F"/>
    <w:rsid w:val="00FF4CB7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7D5124"/>
  <w14:defaultImageDpi w14:val="300"/>
  <w15:docId w15:val="{95AD50B0-2F8F-4E9D-AD47-C541ED1C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digo">
    <w:name w:val="Código"/>
    <w:pPr>
      <w:spacing w:after="0"/>
      <w:ind w:left="142"/>
    </w:pPr>
    <w:rPr>
      <w:rFonts w:ascii="Consolas" w:hAnsi="Consolas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1A55B5-BA87-4C3D-9839-FD28F25C4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1994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Tutorial práctico de Python: JSON, CSV y logs</dc:title>
  <dc:subject>Tratamiento de ficheros y registro de eventos con Python</dc:subject>
  <dc:creator>Ainhoa Zugadi</dc:creator>
  <cp:keywords/>
  <dc:description>generated by python-docx</dc:description>
  <cp:lastModifiedBy>Ainhoa Zugadi</cp:lastModifiedBy>
  <cp:revision>3</cp:revision>
  <dcterms:created xsi:type="dcterms:W3CDTF">2013-12-23T23:15:00Z</dcterms:created>
  <dcterms:modified xsi:type="dcterms:W3CDTF">2026-09-11T10:49:00Z</dcterms:modified>
  <cp:category/>
</cp:coreProperties>
</file>